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华中农业大学动科动医学院接收推免生复试名单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华中农业大学动科动医学院接收推免生复试名单如下，共9人。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本科所在学校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类别（学术学位硕士或专业学位硕士）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专业代码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专业名称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研究方向名称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燕晴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动物遗传育种与繁殖04方向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陈蓉蓉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090501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动物遗传育种与繁殖04方向</w:t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王研浩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华中农业大学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学术学位硕士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090504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特种经济动物饲养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王梓骞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浙江农林大学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马嘉敏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江西农业大学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何国虎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西南科技大学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陈佳瑜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福建农林大学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肖蔚峰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吉林农业大学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高晓宇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延边大学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专业学位硕士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095133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农业硕士（畜牧）</w:t>
            </w:r>
          </w:p>
        </w:tc>
        <w:tc>
          <w:tcPr>
            <w:tcW w:type="dxa" w:w="1233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二、名单构成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学术学位硕士共3人：燕晴、陈蓉蓉、王研浩。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专业学位硕士共6人：王梓骞、马嘉敏、何国虎、陈佳瑜、肖蔚峰、高晓宇。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专业分布：动物遗传育种与繁殖（090501）2人，特种经济动物饲养（090504）1人，农业硕士（畜牧）（095133）6人。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本科所在学校分布：华中农业大学2人，西南大学1人，浙江农林大学1人，江西农业大学1人，西南科技大学1人，福建农林大学1人，吉林农业大学1人，延边大学1人。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原文未提供排名或评分方式、公示期信息。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