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关于公布外国语学院2026年接收推荐免试研究生师生双向选择的通知</w:t>
      </w:r>
    </w:p>
    <w:p>
      <w:pPr>
        <w:spacing w:after="80" w:lineRule="auto" w:line="360"/>
        <w:ind w:firstLine="482"/>
        <w:jc w:val="both"/>
      </w:pPr>
      <w:r>
        <w:rPr>
          <w:rFonts w:ascii="Times New Roman" w:hAnsi="Times New Roman" w:eastAsia="宋体"/>
          <w:b w:val="0"/>
          <w:sz w:val="24"/>
        </w:rPr>
        <w:t>各位考生：</w:t>
      </w:r>
    </w:p>
    <w:p>
      <w:pPr>
        <w:spacing w:after="80" w:lineRule="auto" w:line="360"/>
        <w:ind w:firstLine="482"/>
        <w:jc w:val="both"/>
      </w:pPr>
      <w:r>
        <w:rPr>
          <w:rFonts w:ascii="Times New Roman" w:hAnsi="Times New Roman" w:eastAsia="宋体"/>
          <w:b w:val="0"/>
          <w:sz w:val="24"/>
        </w:rPr>
        <w:t>发布日期：2025年9月22日</w:t>
      </w:r>
    </w:p>
    <w:p>
      <w:pPr>
        <w:spacing w:after="80" w:lineRule="auto" w:line="360"/>
        <w:ind w:firstLine="482"/>
        <w:jc w:val="both"/>
      </w:pPr>
      <w:r>
        <w:rPr>
          <w:rFonts w:ascii="Times New Roman" w:hAnsi="Times New Roman" w:eastAsia="宋体"/>
          <w:b w:val="0"/>
          <w:sz w:val="24"/>
        </w:rPr>
        <w:t>我院2026年推免复试第一批各专业分数要求详见附表，请符合条件的考生及时联系意向导师进行双向选择，并于9月23日17:00前将“外国语学院2026年硕士研究生导师申报表”提交到22号楼106D室。</w:t>
      </w:r>
    </w:p>
    <w:p>
      <w:pPr>
        <w:spacing w:after="80" w:lineRule="auto" w:line="360"/>
        <w:ind w:firstLine="482"/>
        <w:jc w:val="both"/>
      </w:pPr>
      <w:r>
        <w:rPr>
          <w:rFonts w:ascii="Times New Roman" w:hAnsi="Times New Roman" w:eastAsia="宋体"/>
          <w:b w:val="0"/>
          <w:sz w:val="24"/>
        </w:rPr>
        <w:t>我院各博士研究生招生专业均可接收直接攻读博士学位研究生（以下简称直博生），有科研潜质复试成绩合格且有意向攻读博士学位的考生可联系相应导师。</w:t>
      </w:r>
    </w:p>
    <w:p>
      <w:pPr>
        <w:spacing w:after="80" w:lineRule="auto" w:line="360"/>
        <w:ind w:firstLine="482"/>
        <w:jc w:val="both"/>
      </w:pPr>
      <w:r>
        <w:rPr>
          <w:rFonts w:ascii="Times New Roman" w:hAnsi="Times New Roman" w:eastAsia="宋体"/>
          <w:b w:val="0"/>
          <w:sz w:val="24"/>
        </w:rPr>
        <w:t>如有放弃资格的同学请手写放弃声明并签名拍照，在9月23日上午10点前发送到邮箱flbychen@scut.edu.cn。若有考生放弃拟录取资格的，学院可视情况按专业方向复试成绩高低顺次递补，已在此前批次双选环节、调剂环节中确定的考生不再参与。</w:t>
      </w:r>
    </w:p>
    <w:p>
      <w:pPr>
        <w:spacing w:after="80" w:lineRule="auto" w:line="360"/>
        <w:ind w:firstLine="482"/>
        <w:jc w:val="both"/>
      </w:pPr>
      <w:r>
        <w:rPr>
          <w:rFonts w:ascii="Times New Roman" w:hAnsi="Times New Roman" w:eastAsia="宋体"/>
          <w:b w:val="0"/>
          <w:sz w:val="24"/>
        </w:rPr>
        <w:t>请列入拟录取名单的考生尽快通过教育部“全国推荐优秀应届本科毕业生免试攻读研究生信息公开暨管理服务系统”（简称“推免服务系统”，网址:http://yz.chsi.com.cn/tm)填写志愿，报考我院相应拟录取专业。并在规定时间范围内接受学校通过教育部“推免服务系统”发送的“复试通知”和“待录取”通知，逾期不接受的，不再保留我校的拟录取资格。</w:t>
      </w:r>
    </w:p>
    <w:p>
      <w:pPr>
        <w:spacing w:before="160" w:after="80" w:lineRule="auto" w:line="360"/>
        <w:jc w:val="left"/>
      </w:pPr>
      <w:r>
        <w:rPr>
          <w:rFonts w:ascii="Times New Roman" w:hAnsi="Times New Roman" w:eastAsia="宋体"/>
          <w:b/>
          <w:sz w:val="28"/>
        </w:rPr>
        <w:t>一、联系方式</w:t>
      </w:r>
    </w:p>
    <w:p>
      <w:pPr>
        <w:spacing w:after="80" w:lineRule="auto" w:line="360"/>
        <w:ind w:firstLine="482"/>
        <w:jc w:val="both"/>
      </w:pPr>
      <w:r>
        <w:rPr>
          <w:rFonts w:ascii="Times New Roman" w:hAnsi="Times New Roman" w:eastAsia="宋体"/>
          <w:b w:val="0"/>
          <w:sz w:val="24"/>
        </w:rPr>
        <w:t>1. 学院研究生招生：陈老师，020-87113115，flbychen@scut.edu.cn</w:t>
      </w:r>
    </w:p>
    <w:p>
      <w:pPr>
        <w:spacing w:after="80" w:lineRule="auto" w:line="360"/>
        <w:ind w:firstLine="482"/>
        <w:jc w:val="both"/>
      </w:pPr>
      <w:r>
        <w:rPr>
          <w:rFonts w:ascii="Times New Roman" w:hAnsi="Times New Roman" w:eastAsia="宋体"/>
          <w:b w:val="0"/>
          <w:sz w:val="24"/>
        </w:rPr>
        <w:t>2. 学校研招办：020-87113401，adyzb@scut.edu.cn</w:t>
      </w:r>
    </w:p>
    <w:p>
      <w:pPr>
        <w:spacing w:before="160" w:after="80" w:lineRule="auto" w:line="360"/>
        <w:jc w:val="left"/>
      </w:pPr>
      <w:r>
        <w:rPr>
          <w:rFonts w:ascii="Times New Roman" w:hAnsi="Times New Roman" w:eastAsia="宋体"/>
          <w:b/>
          <w:sz w:val="28"/>
        </w:rPr>
        <w:t>二、附表</w:t>
      </w:r>
    </w:p>
    <w:p>
      <w:pPr>
        <w:spacing w:after="80" w:lineRule="auto" w:line="360"/>
        <w:ind w:firstLine="482"/>
        <w:jc w:val="both"/>
      </w:pPr>
      <w:r>
        <w:rPr>
          <w:rFonts w:ascii="Times New Roman" w:hAnsi="Times New Roman" w:eastAsia="宋体"/>
          <w:b w:val="0"/>
          <w:sz w:val="24"/>
        </w:rPr>
        <w:t>附表1：各专业复试分数要求（不含退役大学生士兵计划考生）：</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复试分数要求</w:t>
            </w:r>
          </w:p>
        </w:tc>
      </w:tr>
    </w:tbl>
    <w:p>
      <w:pPr>
        <w:spacing w:after="80" w:lineRule="auto" w:line="360"/>
        <w:ind w:firstLine="482"/>
        <w:jc w:val="both"/>
      </w:pPr>
      <w:r>
        <w:rPr>
          <w:rFonts w:ascii="Times New Roman" w:hAnsi="Times New Roman" w:eastAsia="宋体"/>
          <w:b w:val="0"/>
          <w:sz w:val="24"/>
        </w:rPr>
        <w:t>附表2：退役大学生士兵计划考生复试分数要求：</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复试分数要求</w:t>
            </w:r>
          </w:p>
        </w:tc>
      </w:tr>
    </w:tbl>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2025年9月22日</w:t>
      </w:r>
    </w:p>
    <w:p>
      <w:pPr>
        <w:spacing w:after="80" w:lineRule="auto" w:line="360"/>
        <w:ind w:firstLine="482"/>
        <w:jc w:val="both"/>
      </w:pPr>
      <w:r>
        <w:rPr>
          <w:rFonts w:ascii="Times New Roman" w:hAnsi="Times New Roman" w:eastAsia="宋体"/>
          <w:b w:val="0"/>
          <w:sz w:val="24"/>
        </w:rPr>
        <w:t>附件：外国语学院2026年硕士研究生导师申报表.doc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