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信息与通信工程学院关于推荐2026年免试攻读研究生工作的实施细则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信息与通信工程学院关于推荐2026年免试攻读研究生工作的实施细则，面向学院全日制应届本科毕业生，推荐工作坚持公平、公正、公开原则，依据学生综合表现择优选拔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申请者为学院全日制应届本科毕业生，拥护党的领导，品行端正，无违纪违规记录。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学业成绩优秀，必修课及专业限选课无不及格记录，综合成绩排名须符合学校及学院规定比例。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英语水平达到学校推免要求（如通过全国大学英语四级或六级考试）。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学术研究兴趣浓厚，有较强创新意识与科研潜力，同等条件下优先考虑有科研成果或竞赛获奖者。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学生申请：符合条件的学生按学院通知要求提交推免申请材料，具体时间以学院后续通知为准。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资格审核：学院对申请学生进行资格初审，核实成绩、排名及材料真实性。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综合考核：学院组织专家对通过初审的学生进行综合面试或考核，评估其专业能力与综合素质。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名单公示：根据考核结果确定拟推荐名单，在学院网站公示，公示期不少于规定天数。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上报审批：公示无异议后，将推荐名单及相关材料上报学校教务处或研究生招生部门审批。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推免申请表（学院统一格式）。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英语水平证明（四六级成绩单或证书复印件）。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获奖证书、科研成果、论文发表等证明材料复印件。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其他学院要求的补充材料。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学院办公电话及咨询邮箱详见学院官网通知页面。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学院网址：https://icec.hrbeu.edu.cn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具体咨询事宜请联系学院教务办公室或辅导员。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