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前沿交叉科学学院2026年硕转博考生拟录取名单公示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前沿交叉科学学院2026年硕转博考生拟录取名单公示，公示期为2026年6月5日—2026年6月16日。联系人：李老师；联系电话：010-69671331。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发布日期：2026年6月5日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一、拟录取名单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次拟录取共154人，按拟录取专业统计：数学15人、物理学8人、生物学7人、材料科学与工程2人、动力工程及工程热物理6人、控制科学与工程5人、计算机科学与技术41人、化学工程与技术5人、生物医学工程4人、基础医学2人、集成电路科学与工程69人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78"/>
        <w:gridCol w:w="2878"/>
        <w:gridCol w:w="2878"/>
      </w:tblGrid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李涵朋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姚子骏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施润泽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张世航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何盼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阮博元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邓家懿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陈烨升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谭博文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朱艺轩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张莹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麻万里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吕佳彧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刘一凡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张淇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郑范辰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严梓维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吴钊宇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尹圣龙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焦丝桐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侯立芃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范仕川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杨晓茜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祁盛文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吴心雨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贾通通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林诗怡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张潇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余明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张积苗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31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张艳丽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李哲涛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张艺涵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张博森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动力工程及工程热物理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吕韶华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动力工程及工程热物理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张谢旸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动力工程及工程热物理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冉雅琪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动力工程及工程热物理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臧拓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动力工程及工程热物理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郭宗康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动力工程及工程热物理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40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周睿齐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龙宸君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李俊彦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杨鹏轩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袁鹏程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雷杰睿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46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赵祖妍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47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齐兆远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安晨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49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张洪滔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乔雨豪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秦音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陈延郡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沈琪航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54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刘瑞奇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55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戴一皓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56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何厚鑫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57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唐海卓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58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王浩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59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普成宇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60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邵盛栋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全施雨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龚金秋宇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63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陆鹏举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64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刘宇轩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65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邹李强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66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施登耀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67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姜博文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68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翟伯灵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69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汪原哲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70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蔡亦璇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张博韬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姚顺文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73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张宇恒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李书琦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75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李想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周培龙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刘毅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刘梓俊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贾冠宇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朱天宇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熊培翔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陈少博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李致远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王康键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杨文骙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叶钟一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程一飞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余广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高子怡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佟宇杰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何亦龙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齐梓涵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李清华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94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邢家勇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95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李道明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基础医学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96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刘晓林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基础医学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97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杨斌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集成电路科学与工程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98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张芙菻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集成电路科学与工程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99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田承艳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集成电路科学与工程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陈展梓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集成电路科学与工程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赵心远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集成电路科学与工程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102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王凯旋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集成电路科学与工程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倪业鸣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集成电路科学与工程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104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许宁翔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集成电路科学与工程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张珂瑜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集成电路科学与工程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106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施亚琳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集成电路科学与工程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龙柏谙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集成电路科学与工程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108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刘皓天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集成电路科学与工程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109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周宏宇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集成电路科学与工程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110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王庆杰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集成电路科学与工程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111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王琪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集成电路科学与工程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112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游子轩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集成电路科学与工程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113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么禹成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集成电路科学与工程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114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陈俊杰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集成电路科学与工程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115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宋雨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集成电路科学与工程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116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程宇煊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集成电路科学与工程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117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杨金沛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集成电路科学与工程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118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刘璟歆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集成电路科学与工程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119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卢子昊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集成电路科学与工程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王昊宇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集成电路科学与工程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121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巩芃妤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集成电路科学与工程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122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杨桓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集成电路科学与工程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123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李想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集成电路科学与工程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124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喻世航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集成电路科学与工程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刘可凡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集成电路科学与工程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126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闫庆一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集成电路科学与工程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127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赖晓彬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集成电路科学与工程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128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娄方圆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集成电路科学与工程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129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李诺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集成电路科学与工程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张家硕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集成电路科学与工程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131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章潮杰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集成电路科学与工程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132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褚婧芸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集成电路科学与工程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133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俞承斌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集成电路科学与工程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134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陈俊贤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集成电路科学与工程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135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刘欣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集成电路科学与工程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136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王一臻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集成电路科学与工程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137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马御航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集成电路科学与工程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138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柯豪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集成电路科学与工程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139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张刘天翼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集成电路科学与工程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李旭晖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集成电路科学与工程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141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叶晨光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集成电路科学与工程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142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卞则雪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集成电路科学与工程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143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黄源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集成电路科学与工程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144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陈祺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集成电路科学与工程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145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马鹏哲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集成电路科学与工程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146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鲍佳怡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集成电路科学与工程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147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张依凡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集成电路科学与工程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148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张睿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集成电路科学与工程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149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王文静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集成电路科学与工程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150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齐玉清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集成电路科学与工程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151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李思龙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集成电路科学与工程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152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孙绍唐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集成电路科学与工程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153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高浩钊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集成电路科学与工程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154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郭培琪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集成电路科学与工程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二、其他说明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公示期：2026年6月5日—2026年6月16日。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联系人：李老师。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联系电话：010-69671331。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邮箱：原文未提供。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本文档由采集到的院校官网网页正文整理恢复（HTML 转 Word），原下载文件为网页伪 PDF。名单与内容以院校官网正式发布为准。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