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工程学院2026年优秀应届本科毕业生免试攻读研究生推荐办法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一、推荐办法内容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本通知为工程学院2026年优秀应届本科毕业生免试攻读研究生推荐办法，具体内容详见附件文件。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附件文件名为“工程学院2026年优秀应届本科毕业生免试攻读研究生推荐办法.pdf”。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主办单位：沈阳农业大学工程学院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地址：辽宁省沈阳市沈河区东陵路120号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联系电话：024-88487663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