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中山大学附属第八医院2026年接收推荐免试研究生通知 | 中山大学附属第八医院</w:t>
      </w:r>
    </w:p>
    <w:p>
      <w:pPr>
        <w:spacing w:after="80" w:lineRule="auto" w:line="360"/>
        <w:ind w:firstLine="482"/>
        <w:jc w:val="both"/>
      </w:pPr>
      <w:r>
        <w:rPr>
          <w:rFonts w:ascii="Times New Roman" w:hAnsi="Times New Roman" w:eastAsia="宋体"/>
          <w:b w:val="0"/>
          <w:sz w:val="24"/>
        </w:rPr>
        <w:t>按照教育部有关工作要求，中山大学通过推荐免试方式招收全国优秀应届本科毕业生免试攻读博士（硕士）学位研究生（以下简称“推免生”）。招生目录计划为拟招生计划，各专业接收推免生人数以实际录取为准。</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在目前就读学校取得教育部推荐免试研究生资格的优秀应届本科毕业生；</w:t>
      </w:r>
    </w:p>
    <w:p>
      <w:pPr>
        <w:spacing w:after="80" w:lineRule="auto" w:line="360"/>
        <w:ind w:firstLine="482"/>
        <w:jc w:val="both"/>
      </w:pPr>
      <w:r>
        <w:rPr>
          <w:rFonts w:ascii="Times New Roman" w:hAnsi="Times New Roman" w:eastAsia="宋体"/>
          <w:b w:val="0"/>
          <w:sz w:val="24"/>
        </w:rPr>
        <w:t>4. 学术研究兴趣浓厚，具有较强的创新意识、创新能力和作为博士、硕士研究生培养的潜质；</w:t>
      </w:r>
    </w:p>
    <w:p>
      <w:pPr>
        <w:spacing w:after="80" w:lineRule="auto" w:line="360"/>
        <w:ind w:firstLine="482"/>
        <w:jc w:val="both"/>
      </w:pPr>
      <w:r>
        <w:rPr>
          <w:rFonts w:ascii="Times New Roman" w:hAnsi="Times New Roman" w:eastAsia="宋体"/>
          <w:b w:val="0"/>
          <w:sz w:val="24"/>
        </w:rPr>
        <w:t>5. 诚实守信，学风端正，未受过任何处分；</w:t>
      </w:r>
    </w:p>
    <w:p>
      <w:pPr>
        <w:spacing w:after="80" w:lineRule="auto" w:line="360"/>
        <w:ind w:firstLine="482"/>
        <w:jc w:val="both"/>
      </w:pPr>
      <w:r>
        <w:rPr>
          <w:rFonts w:ascii="Times New Roman" w:hAnsi="Times New Roman" w:eastAsia="宋体"/>
          <w:b w:val="0"/>
          <w:sz w:val="24"/>
        </w:rPr>
        <w:t>6. 身心健康，符合国家和我校规定的体检要求；</w:t>
      </w:r>
    </w:p>
    <w:p>
      <w:pPr>
        <w:spacing w:after="80" w:lineRule="auto" w:line="360"/>
        <w:ind w:firstLine="482"/>
        <w:jc w:val="both"/>
      </w:pPr>
      <w:r>
        <w:rPr>
          <w:rFonts w:ascii="Times New Roman" w:hAnsi="Times New Roman" w:eastAsia="宋体"/>
          <w:b w:val="0"/>
          <w:sz w:val="24"/>
        </w:rPr>
        <w:t>7. 入学前须本科毕业并获得学士学位；</w:t>
      </w:r>
    </w:p>
    <w:p>
      <w:pPr>
        <w:spacing w:after="80" w:lineRule="auto" w:line="360"/>
        <w:ind w:firstLine="482"/>
        <w:jc w:val="both"/>
      </w:pPr>
      <w:r>
        <w:rPr>
          <w:rFonts w:ascii="Times New Roman" w:hAnsi="Times New Roman" w:eastAsia="宋体"/>
          <w:b w:val="0"/>
          <w:sz w:val="24"/>
        </w:rPr>
        <w:t>8. 其余申请条件要符合中山大学推荐免试研究生招生章程及接收办法中的要求。</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具体招生专业见附件1附属第八医院2026年接收推荐免试研究生（含直博生）学科专业方向。</w:t>
      </w:r>
    </w:p>
    <w:p>
      <w:pPr>
        <w:spacing w:after="80" w:lineRule="auto" w:line="360"/>
        <w:ind w:firstLine="482"/>
        <w:jc w:val="both"/>
      </w:pPr>
      <w:r>
        <w:rPr>
          <w:rFonts w:ascii="Times New Roman" w:hAnsi="Times New Roman" w:eastAsia="宋体"/>
          <w:b w:val="0"/>
          <w:sz w:val="24"/>
        </w:rPr>
        <w:t>说明：实际招生专业以我校最终公布的2026年研究生招生专业目录为准。各专业实际接收推免生人数将根据招生计划、生源情况等进行调整，以实际录取为准。</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提交申请材料</w:t>
      </w:r>
    </w:p>
    <w:p>
      <w:pPr>
        <w:spacing w:after="80" w:lineRule="auto" w:line="360"/>
        <w:ind w:firstLine="482"/>
        <w:jc w:val="both"/>
      </w:pPr>
      <w:r>
        <w:rPr>
          <w:rFonts w:ascii="Times New Roman" w:hAnsi="Times New Roman" w:eastAsia="宋体"/>
          <w:b w:val="0"/>
          <w:sz w:val="24"/>
        </w:rPr>
        <w:t>9月18日前快递邮寄（建议用顺丰快递）提交以下材料：</w:t>
      </w:r>
    </w:p>
    <w:p>
      <w:pPr>
        <w:spacing w:after="80" w:lineRule="auto" w:line="360"/>
        <w:ind w:firstLine="482"/>
        <w:jc w:val="both"/>
      </w:pPr>
      <w:r>
        <w:rPr>
          <w:rFonts w:ascii="Times New Roman" w:hAnsi="Times New Roman" w:eastAsia="宋体"/>
          <w:b w:val="0"/>
          <w:sz w:val="24"/>
        </w:rPr>
        <w:t>（1）本科阶段学习成绩单原件1份，须盖有推荐学校教务处公章；</w:t>
      </w:r>
    </w:p>
    <w:p>
      <w:pPr>
        <w:spacing w:after="80" w:lineRule="auto" w:line="360"/>
        <w:ind w:firstLine="482"/>
        <w:jc w:val="both"/>
      </w:pPr>
      <w:r>
        <w:rPr>
          <w:rFonts w:ascii="Times New Roman" w:hAnsi="Times New Roman" w:eastAsia="宋体"/>
          <w:b w:val="0"/>
          <w:sz w:val="24"/>
        </w:rPr>
        <w:t>（2）学生证、英语四级、六级考试成绩证明复印件，或其他外语水平证明材料复印件；</w:t>
      </w:r>
    </w:p>
    <w:p>
      <w:pPr>
        <w:spacing w:after="80" w:lineRule="auto" w:line="360"/>
        <w:ind w:firstLine="482"/>
        <w:jc w:val="both"/>
      </w:pPr>
      <w:r>
        <w:rPr>
          <w:rFonts w:ascii="Times New Roman" w:hAnsi="Times New Roman" w:eastAsia="宋体"/>
          <w:b w:val="0"/>
          <w:sz w:val="24"/>
        </w:rPr>
        <w:t>（3）已发表的学术论文、具有学术水平的研究成果、在科技活动中获奖或有突出贡献的证明等；</w:t>
      </w:r>
    </w:p>
    <w:p>
      <w:pPr>
        <w:spacing w:after="80" w:lineRule="auto" w:line="360"/>
        <w:ind w:firstLine="482"/>
        <w:jc w:val="both"/>
      </w:pPr>
      <w:r>
        <w:rPr>
          <w:rFonts w:ascii="Times New Roman" w:hAnsi="Times New Roman" w:eastAsia="宋体"/>
          <w:b w:val="0"/>
          <w:sz w:val="24"/>
        </w:rPr>
        <w:t>（4）身份证复印件1份；</w:t>
      </w:r>
    </w:p>
    <w:p>
      <w:pPr>
        <w:spacing w:after="80" w:lineRule="auto" w:line="360"/>
        <w:ind w:firstLine="482"/>
        <w:jc w:val="both"/>
      </w:pPr>
      <w:r>
        <w:rPr>
          <w:rFonts w:ascii="Times New Roman" w:hAnsi="Times New Roman" w:eastAsia="宋体"/>
          <w:b w:val="0"/>
          <w:sz w:val="24"/>
        </w:rPr>
        <w:t>（5）个人简历以及其它有关材料复印件各1份，如获奖证书等复印件。</w:t>
      </w:r>
    </w:p>
    <w:p>
      <w:pPr>
        <w:spacing w:after="80" w:lineRule="auto" w:line="360"/>
        <w:ind w:firstLine="482"/>
        <w:jc w:val="both"/>
      </w:pPr>
      <w:r>
        <w:rPr>
          <w:rFonts w:ascii="Times New Roman" w:hAnsi="Times New Roman" w:eastAsia="宋体"/>
          <w:b w:val="0"/>
          <w:sz w:val="24"/>
        </w:rPr>
        <w:t>（6）中山大学研究生招生考生诚信复试承诺书（附件2）</w:t>
      </w:r>
    </w:p>
    <w:p>
      <w:pPr>
        <w:spacing w:after="80" w:lineRule="auto" w:line="360"/>
        <w:ind w:firstLine="482"/>
        <w:jc w:val="both"/>
      </w:pPr>
      <w:r>
        <w:rPr>
          <w:rFonts w:ascii="Times New Roman" w:hAnsi="Times New Roman" w:eastAsia="宋体"/>
          <w:b w:val="0"/>
          <w:sz w:val="24"/>
        </w:rPr>
        <w:t>参加过附属第八医院2025年全国优秀大学生夏令营的同学，如无补充材料，可以不再提交，但必须用电子邮件等方式告知研究生科。</w:t>
      </w:r>
    </w:p>
    <w:p>
      <w:pPr>
        <w:spacing w:after="80" w:lineRule="auto" w:line="360"/>
        <w:ind w:firstLine="482"/>
        <w:jc w:val="both"/>
      </w:pPr>
      <w:r>
        <w:rPr>
          <w:rFonts w:ascii="Times New Roman" w:hAnsi="Times New Roman" w:eastAsia="宋体"/>
          <w:b w:val="0"/>
          <w:sz w:val="24"/>
        </w:rPr>
        <w:t>申请者须承诺所提供信息、材料及申请身份的真实性。一经查证为不属实或不符合我校招生要求的，我校将取消其申请资格、录取资格、入学资格，已入学的取消学籍。</w:t>
      </w:r>
    </w:p>
    <w:p>
      <w:pPr>
        <w:spacing w:after="80" w:lineRule="auto" w:line="360"/>
        <w:ind w:firstLine="482"/>
        <w:jc w:val="both"/>
      </w:pPr>
      <w:r>
        <w:rPr>
          <w:rFonts w:ascii="Times New Roman" w:hAnsi="Times New Roman" w:eastAsia="宋体"/>
          <w:b w:val="0"/>
          <w:sz w:val="24"/>
        </w:rPr>
        <w:t>申请者若存在有违学术道德、专业伦理、诚实守信等方面的不当行为，一经查实，立即取消其申请资格、录取资格、入学资格，已入学的取消学籍。</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申请者须于9月22日起在“推免服务系统”完成网上注册、填写基本信息、上传照片、支付报考费等操作。</w:t>
      </w:r>
    </w:p>
    <w:p>
      <w:pPr>
        <w:spacing w:after="80" w:lineRule="auto" w:line="360"/>
        <w:ind w:firstLine="482"/>
        <w:jc w:val="both"/>
      </w:pPr>
      <w:r>
        <w:rPr>
          <w:rFonts w:ascii="Times New Roman" w:hAnsi="Times New Roman" w:eastAsia="宋体"/>
          <w:b w:val="0"/>
          <w:sz w:val="24"/>
        </w:rPr>
        <w:t>系统注册后，填写《申请中山大学附属第八医院2026年推荐免试研究生登记表》（附件3），发送至邮箱ningli@mail.sysu.edu.cn；</w:t>
      </w:r>
    </w:p>
    <w:p>
      <w:pPr>
        <w:spacing w:after="80" w:lineRule="auto" w:line="360"/>
        <w:ind w:firstLine="482"/>
        <w:jc w:val="both"/>
      </w:pPr>
      <w:r>
        <w:rPr>
          <w:rFonts w:ascii="Times New Roman" w:hAnsi="Times New Roman" w:eastAsia="宋体"/>
          <w:b w:val="0"/>
          <w:sz w:val="24"/>
        </w:rPr>
        <w:t>2. 申请者须于9月30日前通过“推免服务系统”，完成填写报名信息、确认复试及确认待录取通知等程序。详细的注册、报考指南请在中国研究生招生信息网上查阅（网址https://yz.chsi.com.cn/tm/）。</w:t>
      </w:r>
    </w:p>
    <w:p>
      <w:pPr>
        <w:spacing w:after="80" w:lineRule="auto" w:line="360"/>
        <w:ind w:firstLine="482"/>
        <w:jc w:val="both"/>
      </w:pPr>
      <w:r>
        <w:rPr>
          <w:rFonts w:ascii="Times New Roman" w:hAnsi="Times New Roman" w:eastAsia="宋体"/>
          <w:b w:val="0"/>
          <w:sz w:val="24"/>
        </w:rPr>
        <w:t>3. 网上报名截止日期及时间：2025年9月25日17:00</w:t>
      </w:r>
    </w:p>
    <w:p>
      <w:pPr>
        <w:spacing w:after="80" w:lineRule="auto" w:line="360"/>
        <w:ind w:firstLine="482"/>
        <w:jc w:val="both"/>
      </w:pPr>
      <w:r>
        <w:rPr>
          <w:rFonts w:ascii="Times New Roman" w:hAnsi="Times New Roman" w:eastAsia="宋体"/>
          <w:b w:val="0"/>
          <w:sz w:val="24"/>
        </w:rPr>
        <w:t>复试名单确定日期：2025年9月25日前。</w:t>
      </w:r>
    </w:p>
    <w:p>
      <w:pPr>
        <w:spacing w:after="80" w:lineRule="auto" w:line="360"/>
        <w:ind w:firstLine="482"/>
        <w:jc w:val="both"/>
      </w:pPr>
      <w:r>
        <w:rPr>
          <w:rFonts w:ascii="Times New Roman" w:hAnsi="Times New Roman" w:eastAsia="宋体"/>
          <w:b w:val="0"/>
          <w:sz w:val="24"/>
        </w:rPr>
        <w:t>我院将于9月30日前完成复试录取工作，具体复试时间及地点将通过教育部“推免服务系统”、电话及短信等方式通知考生，请考生密切关注复试通知并及时在系统确认参加复试。</w:t>
      </w:r>
    </w:p>
    <w:p>
      <w:pPr>
        <w:spacing w:before="160" w:after="80" w:lineRule="auto" w:line="360"/>
        <w:jc w:val="left"/>
      </w:pPr>
      <w:r>
        <w:rPr>
          <w:rFonts w:ascii="Times New Roman" w:hAnsi="Times New Roman" w:eastAsia="宋体"/>
          <w:b/>
          <w:sz w:val="28"/>
        </w:rPr>
        <w:t>五、初审与复试考核</w:t>
      </w:r>
    </w:p>
    <w:p>
      <w:pPr>
        <w:spacing w:after="80" w:lineRule="auto" w:line="360"/>
        <w:ind w:firstLine="482"/>
        <w:jc w:val="both"/>
      </w:pPr>
      <w:r>
        <w:rPr>
          <w:rFonts w:ascii="Times New Roman" w:hAnsi="Times New Roman" w:eastAsia="宋体"/>
          <w:b w:val="0"/>
          <w:sz w:val="24"/>
        </w:rPr>
        <w:t>（一）我院将根据申请材料对申请者进行初审，并择优确定拟参加复试的推免生名单。</w:t>
      </w:r>
    </w:p>
    <w:p>
      <w:pPr>
        <w:spacing w:after="80" w:lineRule="auto" w:line="360"/>
        <w:ind w:firstLine="482"/>
        <w:jc w:val="both"/>
      </w:pPr>
      <w:r>
        <w:rPr>
          <w:rFonts w:ascii="Times New Roman" w:hAnsi="Times New Roman" w:eastAsia="宋体"/>
          <w:b w:val="0"/>
          <w:sz w:val="24"/>
        </w:rPr>
        <w:t>（二）复试办法</w:t>
      </w:r>
    </w:p>
    <w:p>
      <w:pPr>
        <w:spacing w:after="80" w:lineRule="auto" w:line="360"/>
        <w:ind w:firstLine="482"/>
        <w:jc w:val="both"/>
      </w:pPr>
      <w:r>
        <w:rPr>
          <w:rFonts w:ascii="Times New Roman" w:hAnsi="Times New Roman" w:eastAsia="宋体"/>
          <w:b w:val="0"/>
          <w:sz w:val="24"/>
        </w:rPr>
        <w:t>复试内容重点考察外语应用能力、专业素质及能力、实践(实验)能力、思想政治素质和品德、心理健康状况以及综合素质及能力。</w:t>
      </w:r>
    </w:p>
    <w:p>
      <w:pPr>
        <w:spacing w:after="80" w:lineRule="auto" w:line="360"/>
        <w:ind w:firstLine="482"/>
        <w:jc w:val="both"/>
      </w:pPr>
      <w:r>
        <w:rPr>
          <w:rFonts w:ascii="Times New Roman" w:hAnsi="Times New Roman" w:eastAsia="宋体"/>
          <w:b w:val="0"/>
          <w:sz w:val="24"/>
        </w:rPr>
        <w:t>1. 复试以面试为主，复试小组对参加复试的考生要逐个进行综合素质及能力考核，时间不少于20分钟。</w:t>
      </w:r>
    </w:p>
    <w:p>
      <w:pPr>
        <w:spacing w:after="80" w:lineRule="auto" w:line="360"/>
        <w:ind w:firstLine="482"/>
        <w:jc w:val="both"/>
      </w:pPr>
      <w:r>
        <w:rPr>
          <w:rFonts w:ascii="Times New Roman" w:hAnsi="Times New Roman" w:eastAsia="宋体"/>
          <w:b w:val="0"/>
          <w:sz w:val="24"/>
        </w:rPr>
        <w:t>2. 考核一般采取由考生从试题中随机抽取题目，考核教师提问，考生当场回答的方式进行。</w:t>
      </w:r>
    </w:p>
    <w:p>
      <w:pPr>
        <w:spacing w:after="80" w:lineRule="auto" w:line="360"/>
        <w:ind w:firstLine="482"/>
        <w:jc w:val="both"/>
      </w:pPr>
      <w:r>
        <w:rPr>
          <w:rFonts w:ascii="Times New Roman" w:hAnsi="Times New Roman" w:eastAsia="宋体"/>
          <w:b w:val="0"/>
          <w:sz w:val="24"/>
        </w:rPr>
        <w:t>3. 考核评分：每位考生面试结束后，由考核教师现场独立为考生评分。考核教师考核总分的算术平均值为该考生的最终考核分数。</w:t>
      </w:r>
    </w:p>
    <w:p>
      <w:pPr>
        <w:spacing w:after="80" w:lineRule="auto" w:line="360"/>
        <w:ind w:firstLine="482"/>
        <w:jc w:val="both"/>
      </w:pPr>
      <w:r>
        <w:rPr>
          <w:rFonts w:ascii="Times New Roman" w:hAnsi="Times New Roman" w:eastAsia="宋体"/>
          <w:b w:val="0"/>
          <w:sz w:val="24"/>
        </w:rPr>
        <w:t>4. 复试成绩的使用</w:t>
      </w:r>
    </w:p>
    <w:p>
      <w:pPr>
        <w:spacing w:after="80" w:lineRule="auto" w:line="360"/>
        <w:ind w:firstLine="482"/>
        <w:jc w:val="both"/>
      </w:pPr>
      <w:r>
        <w:rPr>
          <w:rFonts w:ascii="Times New Roman" w:hAnsi="Times New Roman" w:eastAsia="宋体"/>
          <w:b w:val="0"/>
          <w:sz w:val="24"/>
        </w:rPr>
        <w:t>（1）复试成绩满分为100分，其中外语应用能力考核满分30分，专业及综合能力考核满分70分。</w:t>
      </w:r>
    </w:p>
    <w:p>
      <w:pPr>
        <w:spacing w:after="80" w:lineRule="auto" w:line="360"/>
        <w:ind w:firstLine="482"/>
        <w:jc w:val="both"/>
      </w:pPr>
      <w:r>
        <w:rPr>
          <w:rFonts w:ascii="Times New Roman" w:hAnsi="Times New Roman" w:eastAsia="宋体"/>
          <w:b w:val="0"/>
          <w:sz w:val="24"/>
        </w:rPr>
        <w:t>（2）复试总成绩低于60分者为不合格，不予录取。</w:t>
      </w:r>
    </w:p>
    <w:p>
      <w:pPr>
        <w:spacing w:before="160" w:after="80" w:lineRule="auto" w:line="360"/>
        <w:jc w:val="left"/>
      </w:pPr>
      <w:r>
        <w:rPr>
          <w:rFonts w:ascii="Times New Roman" w:hAnsi="Times New Roman" w:eastAsia="宋体"/>
          <w:b/>
          <w:sz w:val="28"/>
        </w:rPr>
        <w:t>六、复试录取</w:t>
      </w:r>
    </w:p>
    <w:p>
      <w:pPr>
        <w:spacing w:after="80" w:lineRule="auto" w:line="360"/>
        <w:ind w:firstLine="482"/>
        <w:jc w:val="both"/>
      </w:pPr>
      <w:r>
        <w:rPr>
          <w:rFonts w:ascii="Times New Roman" w:hAnsi="Times New Roman" w:eastAsia="宋体"/>
          <w:b w:val="0"/>
          <w:sz w:val="24"/>
        </w:rPr>
        <w:t>1. 各学科、专业的录取方式：差额复试，择优录取。</w:t>
      </w:r>
    </w:p>
    <w:p>
      <w:pPr>
        <w:spacing w:after="80" w:lineRule="auto" w:line="360"/>
        <w:ind w:firstLine="482"/>
        <w:jc w:val="both"/>
      </w:pPr>
      <w:r>
        <w:rPr>
          <w:rFonts w:ascii="Times New Roman" w:hAnsi="Times New Roman" w:eastAsia="宋体"/>
          <w:b w:val="0"/>
          <w:sz w:val="24"/>
        </w:rPr>
        <w:t>对于报考人数充足的招生学科、专业，按照复试成绩由高到低的顺序确定各专业拟录取推免生名单。对于报考人数不足的招生学科、专业，可向其他生源充足的相近专业进行调剂复试录取，但须符合报名条件。院内跨学科/专业调剂须重新复试，二级学科内调剂可免复试。调剂复试和拟录取推免生的名单均严格按照复试成绩由高到低的顺序确定。</w:t>
      </w:r>
    </w:p>
    <w:p>
      <w:pPr>
        <w:spacing w:after="80" w:lineRule="auto" w:line="360"/>
        <w:ind w:firstLine="482"/>
        <w:jc w:val="both"/>
      </w:pPr>
      <w:r>
        <w:rPr>
          <w:rFonts w:ascii="Times New Roman" w:hAnsi="Times New Roman" w:eastAsia="宋体"/>
          <w:b w:val="0"/>
          <w:sz w:val="24"/>
        </w:rPr>
        <w:t>不参加复试或复试不合格者不予录取。</w:t>
      </w:r>
    </w:p>
    <w:p>
      <w:pPr>
        <w:spacing w:after="80" w:lineRule="auto" w:line="360"/>
        <w:ind w:firstLine="482"/>
        <w:jc w:val="both"/>
      </w:pPr>
      <w:r>
        <w:rPr>
          <w:rFonts w:ascii="Times New Roman" w:hAnsi="Times New Roman" w:eastAsia="宋体"/>
          <w:b w:val="0"/>
          <w:sz w:val="24"/>
        </w:rPr>
        <w:t>2. 体检：复试合格的推免生须进行体检。我院拟录取的本校生可在本校北校区门诊部体检，体检时间为10月20日前；外校推免生自行在本人所属高校门诊部或当地二级甲等以上医院进行体检。体检表（附件4）应于10月25日前寄送至我院研究生科。</w:t>
      </w:r>
    </w:p>
    <w:p>
      <w:pPr>
        <w:spacing w:after="80" w:lineRule="auto" w:line="360"/>
        <w:ind w:firstLine="482"/>
        <w:jc w:val="both"/>
      </w:pPr>
      <w:r>
        <w:rPr>
          <w:rFonts w:ascii="Times New Roman" w:hAnsi="Times New Roman" w:eastAsia="宋体"/>
          <w:b w:val="0"/>
          <w:sz w:val="24"/>
        </w:rPr>
        <w:t>不参加体检或体检不合格者不予录取。</w:t>
      </w:r>
    </w:p>
    <w:p>
      <w:pPr>
        <w:spacing w:after="80" w:lineRule="auto" w:line="360"/>
        <w:ind w:firstLine="482"/>
        <w:jc w:val="both"/>
      </w:pPr>
      <w:r>
        <w:rPr>
          <w:rFonts w:ascii="Times New Roman" w:hAnsi="Times New Roman" w:eastAsia="宋体"/>
          <w:b w:val="0"/>
          <w:sz w:val="24"/>
        </w:rPr>
        <w:t>3. 对复试合格拟录取的考生，我院将通过“推免服务系统”及时发送待录取通知并确认待录取名单。请考生及时通过“推免服务系统”进行确认，不按时进行待录取确认者不予录取。在“推免服务系统”上完成待录取确认的推免生不得变更录取志愿，不得撤销待录取。</w:t>
      </w:r>
    </w:p>
    <w:p>
      <w:pPr>
        <w:spacing w:after="80" w:lineRule="auto" w:line="360"/>
        <w:ind w:firstLine="482"/>
        <w:jc w:val="both"/>
      </w:pPr>
      <w:r>
        <w:rPr>
          <w:rFonts w:ascii="Times New Roman" w:hAnsi="Times New Roman" w:eastAsia="宋体"/>
          <w:b w:val="0"/>
          <w:sz w:val="24"/>
        </w:rPr>
        <w:t>4. 拟录取的本校免试研究生，须签署《中山大学免试研究生（含直博生）就读承诺书》（附件5），并于10月25日前寄送至我院研究生科。</w:t>
      </w:r>
    </w:p>
    <w:p>
      <w:pPr>
        <w:spacing w:after="80" w:lineRule="auto" w:line="360"/>
        <w:ind w:firstLine="482"/>
        <w:jc w:val="both"/>
      </w:pPr>
      <w:r>
        <w:rPr>
          <w:rFonts w:ascii="Times New Roman" w:hAnsi="Times New Roman" w:eastAsia="宋体"/>
          <w:b w:val="0"/>
          <w:sz w:val="24"/>
        </w:rPr>
        <w:t>5. 推免生在获得推荐免试资格后毕业时未获得学士学位、伪造材料或故意隐瞒可能影响其录取资格的重要信息，将被取消录取资格、入学资格，已入学的取消学籍。</w:t>
      </w:r>
    </w:p>
    <w:p>
      <w:pPr>
        <w:spacing w:after="80" w:lineRule="auto" w:line="360"/>
        <w:ind w:firstLine="482"/>
        <w:jc w:val="both"/>
      </w:pPr>
      <w:r>
        <w:rPr>
          <w:rFonts w:ascii="Times New Roman" w:hAnsi="Times New Roman" w:eastAsia="宋体"/>
          <w:b w:val="0"/>
          <w:sz w:val="24"/>
        </w:rPr>
        <w:t>6. 未尽事宜，以中山大学有关规定为准。</w:t>
      </w:r>
    </w:p>
    <w:p>
      <w:pPr>
        <w:spacing w:before="160" w:after="80" w:lineRule="auto" w:line="360"/>
        <w:jc w:val="left"/>
      </w:pPr>
      <w:r>
        <w:rPr>
          <w:rFonts w:ascii="Times New Roman" w:hAnsi="Times New Roman" w:eastAsia="宋体"/>
          <w:b/>
          <w:sz w:val="28"/>
        </w:rPr>
        <w:t>七、复审</w:t>
      </w:r>
    </w:p>
    <w:p>
      <w:pPr>
        <w:spacing w:after="80" w:lineRule="auto" w:line="360"/>
        <w:ind w:firstLine="482"/>
        <w:jc w:val="both"/>
      </w:pPr>
      <w:r>
        <w:rPr>
          <w:rFonts w:ascii="Times New Roman" w:hAnsi="Times New Roman" w:eastAsia="宋体"/>
          <w:b w:val="0"/>
          <w:sz w:val="24"/>
        </w:rPr>
        <w:t>拟录取的推免生应完成大学本科阶段的学业，并按期毕业，拟录取后如出现以下情形之一者，将被取消录取资格：</w:t>
      </w:r>
    </w:p>
    <w:p>
      <w:pPr>
        <w:spacing w:after="80" w:lineRule="auto" w:line="360"/>
        <w:ind w:firstLine="482"/>
        <w:jc w:val="both"/>
      </w:pPr>
      <w:r>
        <w:rPr>
          <w:rFonts w:ascii="Times New Roman" w:hAnsi="Times New Roman" w:eastAsia="宋体"/>
          <w:b w:val="0"/>
          <w:sz w:val="24"/>
        </w:rPr>
        <w:t>1. 未完成本科培养方案规定的所有课程及实践环节（含毕业论文或实习）的学分要求；</w:t>
      </w:r>
    </w:p>
    <w:p>
      <w:pPr>
        <w:spacing w:after="80" w:lineRule="auto" w:line="360"/>
        <w:ind w:firstLine="482"/>
        <w:jc w:val="both"/>
      </w:pPr>
      <w:r>
        <w:rPr>
          <w:rFonts w:ascii="Times New Roman" w:hAnsi="Times New Roman" w:eastAsia="宋体"/>
          <w:b w:val="0"/>
          <w:sz w:val="24"/>
        </w:rPr>
        <w:t>2. 本科最后一学年课程成绩出现不及格记录；</w:t>
      </w:r>
    </w:p>
    <w:p>
      <w:pPr>
        <w:spacing w:after="80" w:lineRule="auto" w:line="360"/>
        <w:ind w:firstLine="482"/>
        <w:jc w:val="both"/>
      </w:pPr>
      <w:r>
        <w:rPr>
          <w:rFonts w:ascii="Times New Roman" w:hAnsi="Times New Roman" w:eastAsia="宋体"/>
          <w:b w:val="0"/>
          <w:sz w:val="24"/>
        </w:rPr>
        <w:t>3. 有违法违纪行为或受到处分；</w:t>
      </w:r>
    </w:p>
    <w:p>
      <w:pPr>
        <w:spacing w:after="80" w:lineRule="auto" w:line="360"/>
        <w:ind w:firstLine="482"/>
        <w:jc w:val="both"/>
      </w:pPr>
      <w:r>
        <w:rPr>
          <w:rFonts w:ascii="Times New Roman" w:hAnsi="Times New Roman" w:eastAsia="宋体"/>
          <w:b w:val="0"/>
          <w:sz w:val="24"/>
        </w:rPr>
        <w:t>4. 政治表现不合格，体检不合格；</w:t>
      </w:r>
    </w:p>
    <w:p>
      <w:pPr>
        <w:spacing w:after="80" w:lineRule="auto" w:line="360"/>
        <w:ind w:firstLine="482"/>
        <w:jc w:val="both"/>
      </w:pPr>
      <w:r>
        <w:rPr>
          <w:rFonts w:ascii="Times New Roman" w:hAnsi="Times New Roman" w:eastAsia="宋体"/>
          <w:b w:val="0"/>
          <w:sz w:val="24"/>
        </w:rPr>
        <w:t>5. 不能按时取得毕业资格或取得毕业资格但未获得学士学位。</w:t>
      </w:r>
    </w:p>
    <w:p>
      <w:pPr>
        <w:spacing w:after="80" w:lineRule="auto" w:line="360"/>
        <w:ind w:firstLine="482"/>
        <w:jc w:val="both"/>
      </w:pPr>
      <w:r>
        <w:rPr>
          <w:rFonts w:ascii="Times New Roman" w:hAnsi="Times New Roman" w:eastAsia="宋体"/>
          <w:b w:val="0"/>
          <w:sz w:val="24"/>
        </w:rPr>
        <w:t>已录取的推免生，应在入学报到当日将身份证、学历学位证书原件提供给我校录取单位进行核查，若在入学报到前未取得学士学位和本科毕业证书，将被取消录取资格、入学资格。</w:t>
      </w:r>
    </w:p>
    <w:p>
      <w:pPr>
        <w:spacing w:before="160" w:after="80" w:lineRule="auto" w:line="360"/>
        <w:jc w:val="left"/>
      </w:pPr>
      <w:r>
        <w:rPr>
          <w:rFonts w:ascii="Times New Roman" w:hAnsi="Times New Roman" w:eastAsia="宋体"/>
          <w:b/>
          <w:sz w:val="28"/>
        </w:rPr>
        <w:t>八、相关说明</w:t>
      </w:r>
    </w:p>
    <w:p>
      <w:pPr>
        <w:spacing w:after="80" w:lineRule="auto" w:line="360"/>
        <w:ind w:firstLine="482"/>
        <w:jc w:val="both"/>
      </w:pPr>
      <w:r>
        <w:rPr>
          <w:rFonts w:ascii="Times New Roman" w:hAnsi="Times New Roman" w:eastAsia="宋体"/>
          <w:b w:val="0"/>
          <w:sz w:val="24"/>
        </w:rPr>
        <w:t>1. 我校不接收未按国家有关规定完成履约责任（含违约）的“农村订单定向生”“教育部直属师范院校公费师范生”等考生申请，一经查实，将取消其申请资格、录取资格、入学资格，已入学的取消学籍。</w:t>
      </w:r>
    </w:p>
    <w:p>
      <w:pPr>
        <w:spacing w:after="80" w:lineRule="auto" w:line="360"/>
        <w:ind w:firstLine="482"/>
        <w:jc w:val="both"/>
      </w:pPr>
      <w:r>
        <w:rPr>
          <w:rFonts w:ascii="Times New Roman" w:hAnsi="Times New Roman" w:eastAsia="宋体"/>
          <w:b w:val="0"/>
          <w:sz w:val="24"/>
        </w:rPr>
        <w:t>2. 确认录取的推免生不得再报名参加当年的全国硕士研究生招生考试，否则取消其推免录取资格。</w:t>
      </w:r>
    </w:p>
    <w:p>
      <w:pPr>
        <w:spacing w:after="80" w:lineRule="auto" w:line="360"/>
        <w:ind w:firstLine="482"/>
        <w:jc w:val="both"/>
      </w:pPr>
      <w:r>
        <w:rPr>
          <w:rFonts w:ascii="Times New Roman" w:hAnsi="Times New Roman" w:eastAsia="宋体"/>
          <w:b w:val="0"/>
          <w:sz w:val="24"/>
        </w:rPr>
        <w:t>3. 确认录取的直博生仍须按照我校2026年博士研究生招生章程的规定，进行博士研究生网上报名。</w:t>
      </w:r>
    </w:p>
    <w:p>
      <w:pPr>
        <w:spacing w:after="80" w:lineRule="auto" w:line="360"/>
        <w:ind w:firstLine="482"/>
        <w:jc w:val="both"/>
      </w:pPr>
      <w:r>
        <w:rPr>
          <w:rFonts w:ascii="Times New Roman" w:hAnsi="Times New Roman" w:eastAsia="宋体"/>
          <w:b w:val="0"/>
          <w:sz w:val="24"/>
        </w:rPr>
        <w:t>4. 体检标准参照教育部、原卫生部、中国残联印发的《普通高等学校招生体检工作指导意见》（教学〔2003〕3号）要求，按照《教育部办公厅 卫生部办公厅关于普通高等学校招生学生入学身体检查取消乙肝项目检测有关问题的通知》（教学厅〔2010〕2号）规定，结合我校相关规定执行。</w:t>
      </w:r>
    </w:p>
    <w:p>
      <w:pPr>
        <w:spacing w:after="80" w:lineRule="auto" w:line="360"/>
        <w:ind w:firstLine="482"/>
        <w:jc w:val="both"/>
      </w:pPr>
      <w:r>
        <w:rPr>
          <w:rFonts w:ascii="Times New Roman" w:hAnsi="Times New Roman" w:eastAsia="宋体"/>
          <w:b w:val="0"/>
          <w:sz w:val="24"/>
        </w:rPr>
        <w:t>5. 若上级部门在2026年招生年度出台新的招生政策，我校将做相应调整，并及时发布公告。</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1. 联 系 人：宁老师</w:t>
      </w:r>
    </w:p>
    <w:p>
      <w:pPr>
        <w:spacing w:after="80" w:lineRule="auto" w:line="360"/>
        <w:ind w:firstLine="482"/>
        <w:jc w:val="both"/>
      </w:pPr>
      <w:r>
        <w:rPr>
          <w:rFonts w:ascii="Times New Roman" w:hAnsi="Times New Roman" w:eastAsia="宋体"/>
          <w:b w:val="0"/>
          <w:sz w:val="24"/>
        </w:rPr>
        <w:t>2. 联系电话：0755-82575354</w:t>
      </w:r>
    </w:p>
    <w:p>
      <w:pPr>
        <w:spacing w:after="80" w:lineRule="auto" w:line="360"/>
        <w:ind w:firstLine="482"/>
        <w:jc w:val="both"/>
      </w:pPr>
      <w:r>
        <w:rPr>
          <w:rFonts w:ascii="Times New Roman" w:hAnsi="Times New Roman" w:eastAsia="宋体"/>
          <w:b w:val="0"/>
          <w:sz w:val="24"/>
        </w:rPr>
        <w:t>3. 邮箱：ningli@mail.sysu.edu.cn</w:t>
      </w:r>
    </w:p>
    <w:p>
      <w:pPr>
        <w:spacing w:after="80" w:lineRule="auto" w:line="360"/>
        <w:ind w:firstLine="482"/>
        <w:jc w:val="both"/>
      </w:pPr>
      <w:r>
        <w:rPr>
          <w:rFonts w:ascii="Times New Roman" w:hAnsi="Times New Roman" w:eastAsia="宋体"/>
          <w:b w:val="0"/>
          <w:sz w:val="24"/>
        </w:rPr>
        <w:t>4. 邮政地址：深圳市福田区福华路92号，中山大学附属第八医院行政楼研究生科（行政楼414室），邮政编码：518033</w:t>
      </w:r>
    </w:p>
    <w:p>
      <w:pPr>
        <w:spacing w:after="80" w:lineRule="auto" w:line="360"/>
        <w:ind w:firstLine="482"/>
        <w:jc w:val="both"/>
      </w:pPr>
      <w:r>
        <w:rPr>
          <w:rFonts w:ascii="Times New Roman" w:hAnsi="Times New Roman" w:eastAsia="宋体"/>
          <w:b w:val="0"/>
          <w:sz w:val="24"/>
        </w:rPr>
        <w:t>附件清单：</w:t>
      </w:r>
    </w:p>
    <w:p>
      <w:pPr>
        <w:spacing w:after="80" w:lineRule="auto" w:line="360"/>
        <w:ind w:firstLine="482"/>
        <w:jc w:val="both"/>
      </w:pPr>
      <w:r>
        <w:rPr>
          <w:rFonts w:ascii="Times New Roman" w:hAnsi="Times New Roman" w:eastAsia="宋体"/>
          <w:b w:val="0"/>
          <w:sz w:val="24"/>
        </w:rPr>
        <w:t>1. 附属第八医院2026年接收推荐免试研究生（含直博生）学科专业方向</w:t>
      </w:r>
    </w:p>
    <w:p>
      <w:pPr>
        <w:spacing w:after="80" w:lineRule="auto" w:line="360"/>
        <w:ind w:firstLine="482"/>
        <w:jc w:val="both"/>
      </w:pPr>
      <w:r>
        <w:rPr>
          <w:rFonts w:ascii="Times New Roman" w:hAnsi="Times New Roman" w:eastAsia="宋体"/>
          <w:b w:val="0"/>
          <w:sz w:val="24"/>
        </w:rPr>
        <w:t>2. 中山大学研究生招生考生诚信复试承诺书</w:t>
      </w:r>
    </w:p>
    <w:p>
      <w:pPr>
        <w:spacing w:after="80" w:lineRule="auto" w:line="360"/>
        <w:ind w:firstLine="482"/>
        <w:jc w:val="both"/>
      </w:pPr>
      <w:r>
        <w:rPr>
          <w:rFonts w:ascii="Times New Roman" w:hAnsi="Times New Roman" w:eastAsia="宋体"/>
          <w:b w:val="0"/>
          <w:sz w:val="24"/>
        </w:rPr>
        <w:t>3. 申请中山大学附属第八医院2025年推荐免试研究生（含直博生）登记表</w:t>
      </w:r>
    </w:p>
    <w:p>
      <w:pPr>
        <w:spacing w:after="80" w:lineRule="auto" w:line="360"/>
        <w:ind w:firstLine="482"/>
        <w:jc w:val="both"/>
      </w:pPr>
      <w:r>
        <w:rPr>
          <w:rFonts w:ascii="Times New Roman" w:hAnsi="Times New Roman" w:eastAsia="宋体"/>
          <w:b w:val="0"/>
          <w:sz w:val="24"/>
        </w:rPr>
        <w:t>4. 中山大学拟录取推免生体格检查表（2025版）</w:t>
      </w:r>
    </w:p>
    <w:p>
      <w:pPr>
        <w:spacing w:after="80" w:lineRule="auto" w:line="360"/>
        <w:ind w:firstLine="482"/>
        <w:jc w:val="both"/>
      </w:pPr>
      <w:r>
        <w:rPr>
          <w:rFonts w:ascii="Times New Roman" w:hAnsi="Times New Roman" w:eastAsia="宋体"/>
          <w:b w:val="0"/>
          <w:sz w:val="24"/>
        </w:rPr>
        <w:t>5. 中山大学免试研究生（含直博生）就读承诺书</w:t>
      </w:r>
    </w:p>
    <w:p>
      <w:pPr>
        <w:spacing w:after="80" w:lineRule="auto" w:line="360"/>
        <w:ind w:firstLine="482"/>
        <w:jc w:val="both"/>
      </w:pPr>
      <w:r>
        <w:rPr>
          <w:rFonts w:ascii="Times New Roman" w:hAnsi="Times New Roman" w:eastAsia="宋体"/>
          <w:b w:val="0"/>
          <w:sz w:val="24"/>
        </w:rPr>
        <w:t>附件1：附属第八医院2025年接收推荐免试研究生（含直博生）学科专业方向.xlsx</w:t>
      </w:r>
    </w:p>
    <w:p>
      <w:pPr>
        <w:spacing w:after="80" w:lineRule="auto" w:line="360"/>
        <w:ind w:firstLine="482"/>
        <w:jc w:val="both"/>
      </w:pPr>
      <w:r>
        <w:rPr>
          <w:rFonts w:ascii="Times New Roman" w:hAnsi="Times New Roman" w:eastAsia="宋体"/>
          <w:b w:val="0"/>
          <w:sz w:val="24"/>
        </w:rPr>
        <w:t>附件2：中山大学研究生招生诚信复试承诺书.docx</w:t>
      </w:r>
    </w:p>
    <w:p>
      <w:pPr>
        <w:spacing w:after="80" w:lineRule="auto" w:line="360"/>
        <w:ind w:firstLine="482"/>
        <w:jc w:val="both"/>
      </w:pPr>
      <w:r>
        <w:rPr>
          <w:rFonts w:ascii="Times New Roman" w:hAnsi="Times New Roman" w:eastAsia="宋体"/>
          <w:b w:val="0"/>
          <w:sz w:val="24"/>
        </w:rPr>
        <w:t>附件3：申请中山大学附属第八医院2026年推荐免试研究生（含直博生）登记表.xls</w:t>
      </w:r>
    </w:p>
    <w:p>
      <w:pPr>
        <w:spacing w:after="80" w:lineRule="auto" w:line="360"/>
        <w:ind w:firstLine="482"/>
        <w:jc w:val="both"/>
      </w:pPr>
      <w:r>
        <w:rPr>
          <w:rFonts w:ascii="Times New Roman" w:hAnsi="Times New Roman" w:eastAsia="宋体"/>
          <w:b w:val="0"/>
          <w:sz w:val="24"/>
        </w:rPr>
        <w:t>附件4：中山大学推免生（含直博生）就读承诺书.docx</w:t>
      </w:r>
    </w:p>
    <w:p>
      <w:pPr>
        <w:spacing w:after="80" w:lineRule="auto" w:line="360"/>
        <w:ind w:firstLine="482"/>
        <w:jc w:val="both"/>
      </w:pPr>
      <w:r>
        <w:rPr>
          <w:rFonts w:ascii="Times New Roman" w:hAnsi="Times New Roman" w:eastAsia="宋体"/>
          <w:b w:val="0"/>
          <w:sz w:val="24"/>
        </w:rPr>
        <w:t>附件5：中山大学拟录取推免生体格检查表（2025版）.docx</w:t>
      </w:r>
    </w:p>
    <w:p>
      <w:pPr>
        <w:spacing w:after="80" w:lineRule="auto" w:line="360"/>
        <w:ind w:firstLine="482"/>
        <w:jc w:val="both"/>
      </w:pPr>
      <w:r>
        <w:rPr>
          <w:rFonts w:ascii="Times New Roman" w:hAnsi="Times New Roman" w:eastAsia="宋体"/>
          <w:b w:val="0"/>
          <w:sz w:val="24"/>
        </w:rPr>
        <w:t>中山大学附属第八医院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