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组长：周长兵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国地质大学（北京）推荐优秀应届本科毕业生免试攻读研究生工作管理办法》（中地大京发〔2025〕12号）文件精神和《关于做好2026年本科生推荐免试攻读研究生工作的通知》（中地大京教发〔2025〕82号）相关要求，为保障推荐过程的公正、公平和公开，制定人工智能学院2022级本科生免试推荐攻读硕士学位研究生资格的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发布日期（推定）：2022年9月1日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为确保此项工作顺利进行，成立人工智能学院2022级本科生推荐免试攻读硕士学位研究生资格评审工作领导小组（以下简称“工作小组”）和推免工作监督小组（以下简称“监督小组”）。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评审工作小组组长由学院院长担任，副组长由分管本科教学的副院长担任，成员由计算机与软件系、地理信息科学系、电气与电子工程系、人工智能系的主任及院学工组2022级本科生辅导员组成。评审工作小组同时履行专家审核小组职责，对学生提交的有争议的成果进行鉴定审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组长：周长兵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成员：孙大为 张春晓 卜灵 王玉柱 龙腾 吴伶 李卓 王嘉伟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监督小组组长由学院书记担任，成员包括分管学生工作的副书记（兼任学院分党委纪检委员）、分管研究生教学与管理工作的副院长、本科生和研究生教学秘书。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组长：张颖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成员：李林 明冬萍 赵宁 薛晶晶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备申请条件的学生，填写中国地质大学（北京）应届本科生免试推荐硕士学位研究生申请表（请在教务处主页下载专区处下载），人工智能学院2022级本科生推荐免试硕士研究生申请表（附件1），连同各种证明材料原件和复印件于9月4日14：00至5日17：00的工作时间交到院学工组(教三楼 304A室)，过期视为自动放弃。9月6日至9日学院审核申请表，进行统计排序，9月10日公示排序结果。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三、推荐办法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名额分配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根据各专业学籍学生数按同比例分配学院获得的推荐总名额，具体名额如下：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推荐原则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严格按照我校“推免工作管理办法”的规定与精神进行，保证公正、公平和公开的原则，遴选出勤奋学习、勇于创新、全面发展的优秀本科生。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四、具体要求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凡申请免试攻读硕士学位的学生，必须具备《中国地质大学（北京）推荐优秀应届本科毕业生免试攻读研究生工作管理办法》（中地大京发〔2025〕12号）的相关要求。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推荐过程：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学院评审工作小组根据学生的学分绩点和综合加分情况进行排序，择优推荐。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综合评价：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综合评价由两部分得分（百分制）构成：学分绩点得分和综合加分（含学生课外科技活动），然后按公式算出最终综合评价结果。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各部分得分的计分办法如下：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⑴学分绩点得分x按如下公式计算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x=25t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t是学生的所修全部课程平均学分绩点。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⑵综合加分y的计算：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按本文件第五部分“综合加分规则”另行给予奖励。该部分总分值上限为100分，如超过则按100分记。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资格确认：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根据最终综合评价结果进行排序、公示，然后根据各专业推荐名额按专业确认推荐资格。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五、综合加分规则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综合规则包括：学科竞赛加分、发表论文加分、专利加分、软件著作权加分以及其它加分。具体加分规则如下：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学科竞赛与结题加分规则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⑴国际竞赛一等奖，个人奖加20分，集体奖加40分；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⑵国际竞赛二等奖、国家级竞赛一等奖，个人奖加15分，集体奖加30分；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⑶国际竞赛三等奖、国家级竞赛二等奖，个人奖加12分，集体奖加24分；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⑷国家竞赛三等奖，个人奖加9分，集体奖加18分；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⑸省部级竞赛一等奖，个人奖加4分，集体奖加8分；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⑹省部级竞赛二等奖，个人奖加3分，集体奖加6分；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⑺省部级竞赛三等奖，个人奖加2分，集体奖加4分；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⑻校级竞赛一等奖，个人奖加1分，集体奖加2分；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⑼校级及以上创新创业项目完成结题，优秀加5分，通过加3分。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同一参赛作品如果获得多次奖励，只按最高级别加分一次。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集体获奖项目由其成员共享加分，由集体内全体成员平分该奖项的加分；单独作者按照个人奖加分。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公开发表本学科学术论文加分规则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期刊论文按照中信所分区加分，其中一区论文加50分，二区论文加40分，三区论文加34分，四区论文加30分；EI期刊论文加20分，核心期刊（CSSCI、CSCD、最新版北大中文核心期刊目录所列）论文加12分；会议、ISTP论文加2分，一般期刊论文加1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注：①论文第一作者第一署名单位必须为中国地质大学（北京）“人工智能学院”或“信息工程学院”；②学生为论文独立作者或第一作者获加满分，否则不加分；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公开发表包括正式刊出或在线发表两种类型。未公开发表但已取得录用通知（必须提供录用通知原件和版面费缴纳材料）的，参照“公开发表论文加分规则”的加分规则，但分值减半。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专利加分规则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⑴获得国际发明专利授权（有证书原件，后同）加40分，国家发明专利授权加20分/项。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其他专利，加2分。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注：①专利的署名必须是“中国地质大学（北京）”；②学生为专利独立发明人或第一发明人获加满分，否则不加分。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软件著作权加分规则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获批软件著作权，加1分。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注：①软件著作权的署名单位必须是“中国地质大学（北京）”；②由指导教师给出软件著作权参与学生的全部名单。如有多名同学参与软件开发，加分分配方案同竞赛集体获奖项目加分规则；累计最多加1分。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其它加分规则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获得市三好学生、市优秀学生（团）干部称号，每人次加5分。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获得校级三好学生、优秀学生干部、优秀党员、优秀党支部书记、优秀团干、优秀团员、各类标兵称号、国家奖学金获得者，在部队荣立三等功及以上退役人员，每人次加4分。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参加学校选派的重大活动志愿工作并获得优秀志愿者称号，参加暑期社会实践获校级社会实践优秀团体称号，参加校级及以上文体活动获得三等奖及以上荣誉，每人次加1分，此项累计最多加5分。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累计最多加10分。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六、补充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获得免试推荐资格的学生，如果填报本院研究生志愿，可以享受以下政策（该政策同样适用于外校报考我院的推免生）：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（1）学术型、专业型由免推生本人确定；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（2）攻读研究生学位期间无违纪和不及格等情况，享受学校A类奖学金（1.2万元/年）；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（3）同等条件下，优先直博；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（4）推免生可以自主选择导师，每个导师接收的推免生名额不限制。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如果学生在免试推荐过程中对个人资料弄虚作假，一经发现，取消其免试推荐资格，并给予纪律处分。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获得推荐资格的同学应认真完成推荐后的学习生活，如推免后出现必修课程不及格使得必修课程不及格记录大于1门次、本科毕业设计（论文）成绩未达到良好及以上或出现违法违纪记录等情况，将取消推免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本办法自公布之日起施行，解释权归学院评审工作小组。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附件1：人工智能学院2022级本科生推荐免试硕士研究生申请表.xlsx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