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| 序号 | 学院 | 学号 | 姓名 |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吉林师范大学推免工作领导小组于2025年9月8日公布的推免生名单，共148人，涉及马克思主义学院、文学院、历史文化学院、外国语学院、数学与计算机学院、物理学院、化学学院、生命科学学院、地理科学与旅游学院、体育学院、教育科学学院、美术学院、新闻与传播学院、信息技术学院、经济管理与法学学院、音乐学院、工程学院等17个学院。名单按序号、学院、学号、姓名排列，具体明细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发布日期：2025年9月8日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202244020201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刘禹岐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202232010401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梁超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202232010503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宋宇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202244020226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袁琪缘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202232010418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崔萌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202232010120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周小源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202232010214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郎艺文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202232010207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刘芮琪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202231010409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温瑷萌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202232010523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张芮瑀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202231010316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邹雨含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202231010210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张慧楠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202231010108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李梓畅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202231010413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赵镜涵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202231010110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张馨予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202231020508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王齐齐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202231050727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张楚湘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202233010229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谢瑛琦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202233010307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冯一洲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202233010216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段雅馨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202233010109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张靖婕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202233010101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苑航玮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202233010123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高松莹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202233010114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王诗语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历史文化学院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202233020123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刘俏俏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202234010111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张馨予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202234010204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谭杰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202251010120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李佳熹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202234010208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高宇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202234010420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史霄祎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202234010114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关美蓉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202234030108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曹怡欣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202234020108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袁迅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202234040104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数学与计算机学院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202250010413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姜源靖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数学与计算机学院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202250010231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朱迦南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数学与计算机学院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202250010415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吕月楠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数学与计算机学院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202250010426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王相淋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数学与计算机学院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202250010436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张雨涵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数学与计算机学院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202250020116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李吉航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数学与计算机学院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202250040112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秦煜尧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数学与计算机学院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202250040104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刘欣言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数学与计算机学院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202250060106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高羽彤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数学与计算机学院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202250070212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数学与计算机学院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202250080218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黄宇成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数学与计算机学院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202250100106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202236010418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陈秋旭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202236010425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杨佳琦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202236010120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明硕阳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202236010130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张芷萌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202236010424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娄沙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202236010218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王静茹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202236010421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孙铭阳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202236010422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马文哲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202236020205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刘嘉栋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202236020120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卢珈馨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物理学院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202236020125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李佳新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202237010413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李馨慈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202237010410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余林宏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202237010335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金枫秀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202237010407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娄宏辰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202237010211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刘圆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202237010310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温璐宁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202237010107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杨清华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202237020221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张金月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202237020201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夏亲辉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202237020224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高卫淇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202238020202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任宇航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202238020123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杨璐语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202238010117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梅祺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202238010401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苏闰申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202238010213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郭俊彤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202238010414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张恺馨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地理科学与旅游学院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202239010237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王英璞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地理科学与旅游学院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202239010240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张琪悦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地理科学与旅游学院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202239010225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梁美曦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地理科学与旅游学院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202239010235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顾郑丽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地理科学与旅游学院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202239010122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钱柏宏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地理科学与旅游学院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202239040110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郭艺涵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地理科学与旅游学院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202239040204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顾津宇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地理科学与旅游学院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202239020113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关雨桐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地理科学与旅游学院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202239070216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陈佳茜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202240040129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葛云云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202240010202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刘宇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202240040106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沈润锋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202240010201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202240030406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刘艳杰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202240030612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赖宇航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202240030402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高艺涵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教育科学学院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202242040126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李春玲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教育科学学院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202242040136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毕崇菲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教育科学学院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202242010136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刘姝彤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教育科学学院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202242010113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李乐瑶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教育科学学院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202242020130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张佳慧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教育科学学院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202242020121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曹倩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教育科学学院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202242080225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李子璐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教育科学学院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202246080144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高铭铎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教育科学学院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202246080204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李昕竹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教育科学学院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202246080114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黄沙玉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202243040110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王珂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202244080218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历家萌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202243040416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李卓铼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202243070101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李国都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202243060115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刘小雨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202243080207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王思元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202243080109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赵殻丽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202243100210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程明珠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美术学院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202243100608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张玉佳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202244010115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梁竞戈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202244010216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项美信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202244020227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卢雅妮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202244020104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房燕男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202244030233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王晓冉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202244030130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滕旖旎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202244040108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马芯蕊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202244040219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孙一涵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202244080112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李佳琪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202244080122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贾静菲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信息技术学院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202245070102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李想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信息技术学院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202245070413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范宇航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信息技术学院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202245010422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王欣月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信息技术学院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202245010315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张桓铭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信息技术学院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202245070516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章晶晶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信息技术学院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202245070208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魏煜钊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信息技术学院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202245070326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刘芳宏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经济管理与法学学院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202251010116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代雨鑫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经济管理与法学学院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202251040116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宫雨彤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经济管理与法学学院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202251010218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荣紫轩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经济管理与法学学院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202251060209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蔡月莹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经济管理与法学学院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202251010133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张咏怡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经济管理与法学学院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202251080116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许紫伟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经济管理与法学学院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202251090216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封贺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经济管理与法学学院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202251100126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尹博雅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经济管理与法学学院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202251100107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孙禄星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经济管理与法学学院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202251110118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张如月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经济管理与法学学院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202251120110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童馨瑶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202247010307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叶锦阳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202247010109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朱文杰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202247010221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王璐嘉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202247010223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魏佳欣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202247010127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张惠仪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音乐学院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202247020126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于欢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202252020110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李宛林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202252010103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苏域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202252010222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于佳冉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202252030113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方元琦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202252030108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贾政奇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工程学院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202252040217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贾婷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公布单位：吉林师范大学推免工作领导小组。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公布日期：2025年9月8日。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名单总人数：148人。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涉及学院数量：17个。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二、各学院人数分布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马克思主义学院：8人（序号1—8）。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文学院：9人（序号9—17）。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历史文化学院：8人（序号18—25）。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外国语学院：9人（序号26—34）。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数学与计算机学院：12人（序号35—46）。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物理学院：11人（序号47—57）。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化学学院：10人（序号58—67）。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生命科学学院：6人（序号68—73）。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地理科学与旅游学院：9人（序号74—82）。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体育学院：7人（序号83—89）。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教育科学学院：10人（序号90—99）。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美术学院：9人（序号100—108）。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新闻与传播学院：10人（序号109—118）。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信息技术学院：7人（序号119—125）。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经济管理与法学学院：11人（序号126—136）。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音乐学院：6人（序号137—142）。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17. 工程学院：6人（序号143—148）。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名单按序号、学院、学号、姓名四项信息逐条列出，序号自1连续编排至148。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原文未提供排名方式、评分方式及公示期信息。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