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招生工作</w:t>
      </w:r>
    </w:p>
    <w:p>
      <w:r>
        <w:t>培养工作</w:t>
      </w:r>
    </w:p>
    <w:p>
      <w:r>
        <w:t>学位工作</w:t>
      </w:r>
    </w:p>
    <w:p>
      <w:r>
        <w:t>MPA教育</w:t>
      </w:r>
    </w:p>
    <w:p>
      <w:r>
        <w:t>MPA项目介绍</w:t>
      </w:r>
    </w:p>
    <w:p>
      <w:r>
        <w:t>招生工作</w:t>
      </w:r>
    </w:p>
    <w:p>
      <w:r>
        <w:t>教学管理</w:t>
      </w:r>
    </w:p>
    <w:p>
      <w:r>
        <w:t>案例建设</w:t>
      </w:r>
    </w:p>
    <w:p>
      <w:r>
        <w:t>师生活动</w:t>
      </w:r>
    </w:p>
    <w:p>
      <w:r>
        <w:t>学生工作</w:t>
      </w:r>
    </w:p>
    <w:p>
      <w:r>
        <w:t>通知公告</w:t>
      </w:r>
    </w:p>
    <w:p>
      <w:r>
        <w:t>日常管理</w:t>
      </w:r>
    </w:p>
    <w:p>
      <w:r>
        <w:t>团学工作</w:t>
      </w:r>
    </w:p>
    <w:p>
      <w:r>
        <w:t>榜样力量</w:t>
      </w:r>
    </w:p>
    <w:p>
      <w:r>
        <w:t>下载中心</w:t>
      </w:r>
    </w:p>
    <w:p>
      <w:r>
        <w:t>党的建设</w:t>
      </w:r>
    </w:p>
    <w:p>
      <w:r>
        <w:t>组织结构</w:t>
      </w:r>
    </w:p>
    <w:p>
      <w:r>
        <w:t>工会园地</w:t>
      </w:r>
    </w:p>
    <w:p>
      <w:r>
        <w:t>关工委</w:t>
      </w:r>
    </w:p>
    <w:p>
      <w:r>
        <w:t>规章制度</w:t>
      </w:r>
    </w:p>
    <w:p>
      <w:r>
        <w:t>社会服务</w:t>
      </w:r>
    </w:p>
    <w:p>
      <w:r>
        <w:t>新闻动态</w:t>
      </w:r>
    </w:p>
    <w:p>
      <w:r>
        <w:t>服务类型</w:t>
      </w:r>
    </w:p>
    <w:p>
      <w:r>
        <w:t>精品课程</w:t>
      </w:r>
    </w:p>
    <w:p>
      <w:r>
        <w:t>关于卫生经济管理学院2026届优秀应届本科毕业生免试攻读研究生拟推荐名单的公示</w:t>
      </w:r>
    </w:p>
    <w:p>
      <w:r>
        <w:t>各部门、各班级:</w:t>
      </w:r>
    </w:p>
    <w:p>
      <w:r>
        <w:t>根据学校《关于做好2026届优秀应届本科毕业生免试攻读研究生推荐工作的通知》的有关工作要求以及《南京中医药大学推荐优秀应届本科毕业生免试攻读硕士学位研究生工作管理办法》（南中医大研字〔2022〕10号）相关规定，经学生报名，学院组织对申请推免资格学生的必修课平均学分绩点核算、相关加分项的统计以及学院优秀应届本科毕业生免试攻读研究生遴选推荐工作组讨论确定，现将学院2026届优秀应届本科毕业生免试攻读研究生拟推荐名单在学院内公示。</w:t>
      </w:r>
    </w:p>
    <w:p>
      <w:r>
        <w:t>公示期自2025年9月10日至2025年9月13日。公示期间，有关问题请及时以书面的形式向学院推荐工作组反映。</w:t>
      </w:r>
    </w:p>
    <w:p>
      <w:r>
        <w:t>联系人：姚老师 025－85811761，地点：B13-539。</w:t>
      </w:r>
    </w:p>
    <w:p>
      <w:r>
        <w:t>地址：南京市栖霞区仙林大道138号，南京中医药大学卫生经济管理学院</w:t>
      </w:r>
    </w:p>
    <w:p>
      <w:r>
        <w:t>联系电话：025-85811154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