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中山大学管理学院2025年全国优秀大学生夏令营（学术学位分营）通知</w:t>
      </w:r>
    </w:p>
    <w:p>
      <w:r>
        <w:t>中山大学管理学院2025年全国优秀大学生夏令营”学术学位分营活动。欢迎学业突出、热爱研究、勇于创新的优秀大学生踊跃报名！</w:t>
      </w:r>
    </w:p>
    <w:p>
      <w:r>
        <w:t>关于中山大学管理学院</w:t>
      </w:r>
    </w:p>
    <w:p>
      <w:r>
        <w:t>管理学院成立于1985年，是国内顶尖、国际一流的商学院。作为国内最早成立的专门从事工商管理教育和研究的学院之一，管理学院在国内外享有较高声誉和影响力。工商管理一级学科为国家重点学科，在第四轮全国学科评估中获评A+，在2022年教育部第五轮学科评估中继续保持领先优势，并在软科“中国最好学科排行”中连续六年（2019-2024）位列全国第一。2019年管理学院被授予“全国教育系统先进集体”称号。管理学院是华南第一家、中国内地第二家获得三大国际认证（AMBA、EQUIS和AACSB）的商学院。2021年学院申报的“中山大学大数据管理行为与决策实验室”入选首批教育部哲学社会科学实验室（培育）。</w:t>
      </w:r>
    </w:p>
    <w:p>
      <w:r>
        <w:t>管理学院以一张蓝图绘到底的精神，坚持“融汇中西管理智慧、培养创业创新精神、践行服务社会责任、作育商界管理精英”使命。围绕立德树人根本任务，培养具有学习力、思想力、行动力，能够引领未来的拔尖创新人才，打造有辨识度的特色人才培养体系：SAGE，即科学化思维S、艺术性管理A、全球化视野G和责任为基的企业家精神E。培养具有科学家精神的企业家与企业家精神的学者。</w:t>
      </w:r>
    </w:p>
    <w:p>
      <w:r>
        <w:t>学院科研成果突出，国家自然科学基金项目立项数及经费数额都在全国高校管理学科中排名前列，高水平论著持续增长，学术影响力不断提升，以高质量科学研究强力支撑“双一流”建设。</w:t>
      </w:r>
    </w:p>
    <w:p>
      <w:r>
        <w:t>一.申请资格</w:t>
      </w:r>
    </w:p>
    <w:p>
      <w:r>
        <w:t>1. 拥护中国共产党的领导，遵纪守法，品德良好，学风端正，身心健康。</w:t>
      </w:r>
    </w:p>
    <w:p>
      <w:r>
        <w:t>2. 全国各高等院校优秀本科三年级在校生（2026年应届毕业生）。</w:t>
      </w:r>
    </w:p>
    <w:p>
      <w:r>
        <w:t>3. 学习成绩优秀，预计能获得所在学校的推荐免试资格。</w:t>
      </w:r>
    </w:p>
    <w:p>
      <w:r>
        <w:t>4. 英语水平良好，达到以下至少任何一项要求：六级≥450分；托福≥90分；雅思≥6.5分。</w:t>
      </w:r>
    </w:p>
    <w:p>
      <w:r>
        <w:t>5. 申请入营者应对学术研究有浓厚的兴趣，有从事学术研究工作的强烈意愿。</w:t>
      </w:r>
    </w:p>
    <w:p>
      <w:r>
        <w:t>二.申请材料</w:t>
      </w:r>
    </w:p>
    <w:p>
      <w:r>
        <w:t>1. 《中山大学管理学院2025年优秀大学生夏令营申请表》（附件1，务必签字、盖章）1份。</w:t>
      </w:r>
    </w:p>
    <w:p>
      <w:r>
        <w:t>2. 学生证和身份证复印件各1份（学生证须将个人信息页和注册信息页复印在1张A4纸上，身份证将正反面复印在1张A4纸上）。</w:t>
      </w:r>
    </w:p>
    <w:p>
      <w:r>
        <w:t>3. 本科阶段学习成绩单1份（须由学校教务部门盖章）。</w:t>
      </w:r>
    </w:p>
    <w:p>
      <w:r>
        <w:t>4. 本科前五个学期本专业或年级成绩排名证明（须由学校教务部门盖章）。</w:t>
      </w:r>
    </w:p>
    <w:p>
      <w:r>
        <w:t>5. 国家英语六级考试成绩、TOEFL成绩或雅思成绩英语水平证明材料。</w:t>
      </w:r>
    </w:p>
    <w:p>
      <w:r>
        <w:t>6. 提供两封副教授或以上职称专家的推荐信（附件2）。</w:t>
      </w:r>
    </w:p>
    <w:p>
      <w:r>
        <w:t>7. 提交1份《研究计划书》（附件3），要求请见附件内容。</w:t>
      </w:r>
    </w:p>
    <w:p>
      <w:r>
        <w:t>8. 其他证明材料，如代表性学术论文、出版物或原创性工作成果，以及各种获奖的证明材料（该部分材料不作为必须提供材料的内容，供我院审核、接收时参考）。</w:t>
      </w:r>
    </w:p>
    <w:p>
      <w:r>
        <w:t>本次夏令营采取网上申请形式，请将上述申请材料电子扫描，按顺序整合为一个PDF文件，并上传至报名系统。</w:t>
      </w:r>
    </w:p>
    <w:p>
      <w:r>
        <w:t>特别提醒：仅在网上系统申报而未上传指定申请材料者，将视为材料不全，报名不予受理。网上填报排名须与教务盖章排名一致,不一致者视为无效报名。</w:t>
      </w:r>
    </w:p>
    <w:p>
      <w:r>
        <w:t>三.提交申请</w:t>
      </w:r>
    </w:p>
    <w:p>
      <w:r>
        <w:t>申请人登录报名系统上填写申报信息。报名系统于即日起开放，并于2025年6月16日中午11:59关闭。</w:t>
      </w:r>
    </w:p>
    <w:p>
      <w:r>
        <w:t>夏令营报名系统的链接为：https://enroll.sysu.edu.cn/</w:t>
      </w:r>
    </w:p>
    <w:p>
      <w:r>
        <w:t>特别提醒：申请人须对所提交材料的真实性负责，经审核若发现存在材料虚假或材料不合格者，将取消资格，不得参与夏令营活动，并通报所在院校。申请材料一经提交，概不退还。</w:t>
      </w:r>
    </w:p>
    <w:p>
      <w:r>
        <w:t>四.材料审核、夏令营资格审定及入营人选确定</w:t>
      </w:r>
    </w:p>
    <w:p>
      <w:r>
        <w:t>夏令营资格审核后，最终入选夏令营名单计划于6月25日前在中山大学管理学院网站上（http://bus.sysu.edu.cn）通知公告栏目研究生信息中公布，不再另行通知，请大家关注。经审核入选夏令营的同学请按照日程安排的要求，按时报到。夏令营活动期间，所有营员必须遵守我院相关规定，报到后应全程参加夏令营的各项活动。</w:t>
      </w:r>
    </w:p>
    <w:p>
      <w:r>
        <w:t>五.获得入营资格人选须邮寄材料</w:t>
      </w:r>
    </w:p>
    <w:p>
      <w:r>
        <w:t>公布入营名单后，获得入营资格的申请人须将签字盖章的申请材料（1,3,4,6,7为原件，2,5,8为复印件）按顺序排列和装订，于6月30日前邮寄到中山大学管理学院。</w:t>
      </w:r>
    </w:p>
    <w:p>
      <w:r>
        <w:t>申请学术学位夏令营的邮寄地址：</w:t>
      </w:r>
    </w:p>
    <w:p>
      <w:r>
        <w:t>广东省广州市海珠区新港西路135号中山大学管理学院M310室</w:t>
      </w:r>
    </w:p>
    <w:p>
      <w:r>
        <w:t>张老师020-39332748</w:t>
      </w:r>
    </w:p>
    <w:p>
      <w:r>
        <w:t>六.日程安排</w:t>
      </w:r>
    </w:p>
    <w:p>
      <w:r>
        <w:t>2025年中山大学管理学院全国优秀大学生夏令营活动拟定于7月7日—7月9日举行，活动具体日程将与夏令营入选名单同时公布。此次夏令营活动不收取任何费用，中山大学管理学院将提供夏令营期间的餐食，并为来校营员购买团体活动保险。营员的交通、住宿等费用需自理。</w:t>
      </w:r>
    </w:p>
    <w:p>
      <w:r>
        <w:t>七.特别说明</w:t>
      </w:r>
    </w:p>
    <w:p>
      <w:r>
        <w:t>1、有意参加夏令营的同学，必须按照上述要求，正式报名。入营后，需按要求全程参加夏令营活动。</w:t>
      </w:r>
    </w:p>
    <w:p>
      <w:r>
        <w:t>2、申请人在夏令营申请及各项活动开展过程中，若存在弄虚作假、违规舞弊等行为，一经查实，将立即取消其营员资格。</w:t>
      </w:r>
    </w:p>
    <w:p>
      <w:r>
        <w:t>3、夏令营机会宝贵，名额有限，若录取入营不能参加者请及时告知我院。</w:t>
      </w:r>
    </w:p>
    <w:p>
      <w:r>
        <w:t>4、若本通知与学校或上级单位发布的新规定不符，按照学校或上级单位发布的新规定执行。</w:t>
      </w:r>
    </w:p>
    <w:p>
      <w:r>
        <w:t>八.联系我们</w:t>
      </w:r>
    </w:p>
    <w:p>
      <w:r>
        <w:t>中山大学管理学院科研与研究生教育办公室张老师</w:t>
      </w:r>
    </w:p>
    <w:p>
      <w:r>
        <w:t>咨询电话：020-39332748</w:t>
      </w:r>
    </w:p>
    <w:p>
      <w:r>
        <w:t>邮箱：zhanglin5@mail.sysu.edu.cn</w:t>
      </w:r>
    </w:p>
    <w:p>
      <w:r>
        <w:t>为保证信息传递的准确，请申请者本人咨询，谢绝申请人亲友代咨询！</w:t>
      </w:r>
    </w:p>
    <w:p>
      <w:r>
        <w:t>更多相关内容请留意中山大学管理学院官网或官方公众号：</w:t>
      </w:r>
    </w:p>
    <w:p>
      <w:r>
        <w:t>http://bus.sysu.edu.cn/</w:t>
      </w:r>
    </w:p>
    <w:p>
      <w:r>
        <w:t>附件1：中山大学管理学院2025年优秀大学生夏令营申请表.doc</w:t>
      </w:r>
    </w:p>
    <w:p>
      <w:r>
        <w:t>附件2：推荐信模板.doc</w:t>
      </w:r>
    </w:p>
    <w:p>
      <w:r>
        <w:t>附件3：2025年研究计划书.docx</w:t>
      </w:r>
    </w:p>
    <w:p>
      <w:r>
        <w:t>附件4：常见问题.docx</w:t>
      </w:r>
    </w:p>
    <w:p>
      <w:r>
        <w:t>相关信息</w:t>
      </w:r>
    </w:p>
    <w:p>
      <w:r>
        <w:t>2026年8月博士生论文答辩及相关安排2026-08-02</w:t>
      </w:r>
    </w:p>
    <w:p>
      <w:r>
        <w:t>中山大学管理学院2027年接收优秀应届本科毕业生推荐免试攻读研究生报名通知2026-07-20</w:t>
      </w:r>
    </w:p>
    <w:p>
      <w:r>
        <w:t>中山大学管理学院2026年以“申请-考核”制招收学术博士研究生拟补录取、对口支援专项博士研究生拟录取名单的公示2026-06-08</w:t>
      </w:r>
    </w:p>
    <w:p>
      <w:r>
        <w:t>2026第二届中大管院－哈佛商学院出版 X 港理工管院(SYSBS-HBI X PBS)国际数字化工商管理模拟及案例分析大赛比赛规程及日程安排2026-06-01</w:t>
      </w:r>
    </w:p>
    <w:p>
      <w:r>
        <w:t>管理学院2026年春季公开招考学术学位博士研究生综合考核结果公示2026-05-29</w:t>
      </w:r>
    </w:p>
    <w:p>
      <w:r>
        <w:t>人才招聘</w:t>
      </w:r>
    </w:p>
    <w:p>
      <w:r>
        <w:t>招聘信息</w:t>
      </w:r>
    </w:p>
    <w:p>
      <w:r>
        <w:t>服务指南</w:t>
      </w:r>
    </w:p>
    <w:p>
      <w:r>
        <w:t>本科教学</w:t>
      </w:r>
    </w:p>
    <w:p>
      <w:r>
        <w:t>研究生教学</w:t>
      </w:r>
    </w:p>
    <w:p>
      <w:r>
        <w:t>科研相关</w:t>
      </w:r>
    </w:p>
    <w:p>
      <w:r>
        <w:t>其他</w:t>
      </w:r>
    </w:p>
    <w:p>
      <w:r>
        <w:t>学院风光</w:t>
      </w:r>
    </w:p>
    <w:p>
      <w:r>
        <w:t>学院视频</w:t>
      </w:r>
    </w:p>
    <w:p>
      <w:r>
        <w:t>讲座论坛</w:t>
      </w:r>
    </w:p>
    <w:p>
      <w:r>
        <w:t>CopyRight © 中山大学管理学院 ｜ 联系我们</w:t>
      </w:r>
    </w:p>
    <w:p>
      <w:r>
        <w:t>概况</w:t>
      </w:r>
    </w:p>
    <w:p>
      <w:r>
        <w:t>院长致辞</w:t>
      </w:r>
    </w:p>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