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动物科学学院2026届推荐优秀应届本科毕业生免试攻读硕士学位研究生名单公示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动物科学学院2026届推荐优秀应届本科毕业生免试攻读硕士学位研究生名单公示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教务处《关于做好2026年推荐优秀应届本科毕业生免试攻读硕士学位研究生工作的通知》要求，学院严格按照《动物科学学院关于做好2026年推荐优秀应届本科毕业生免试攻读硕士学位研究生工作实施方案》开展推免遴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现将动物科学学院2026届推荐应届本科生免试攻读硕士学位研究生名单予以公示，具体名单详见公示原文。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公示期为2025年9月9日至2025年9月11日。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三、受理方式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单位和个人可通过来电、来函等形式反映公示事项的有关情况和问题。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受理时间：上午9:00—12:00，下午14:30—17:00。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受理电话：0471-4309173（学院院长办公室）；0471-4307726（学院教学管理办公室）。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