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青岛大学2026年接收推荐免试硕士研究生和直博生通知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青岛大学2026年接收推荐免试硕士研究生和直博生通知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一、接收专业及接收人数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凡按规定可接受应届本科毕业生报考的专业均可接收推免生，最终录取专业以中国研究生招生信息网“全国推荐免试攻读研究生（免初试、转段）信息公开管理服务系统”为准，推免接收人数原则上不超过招生计划数的50%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学术学位一级学科博士点（不含专业学位博士点）的专业可招收已获得推荐免试资格的学生直接攻读博士研究生，招收人数原则上不超过全日制博士招生人数的20%，具体招生计划及招生导师可咨询相关招生学院。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招生专业代码第三位为“5”或“6”为专业学位的专业。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在本科就读学校获得教育部推荐免试资格的优秀应届本科毕业生。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诚实守信，学风端正，无任何违法违纪受处分记录。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学习成绩优秀，对学术研究有浓厚兴趣，具有较强的创新精神和科研能力。申请直博的考生，应具备较强的科研创新能力。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符合我校当年硕士研究生招生章程、专业目录中规定的报考条件。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《青岛大学接收推荐免试研究生思想政治素质和品德考核表》（附件1）。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《青岛大学2026年接收推荐免试研究生申请表》（附件2）两份，推荐人应具有副教授及以上职称。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本科期间在校学习成绩单。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外语水平证明原件及复印件，如大学英语四、六级成绩单等。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已经发表的论文、著作或在学期间取得的其他业绩原件及复印件。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申请直博的考生，须在复试前提交《青岛大学申请攻读博士学位研究生科研计划书》（附件3）。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四、申请和接收程序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个人申请：学生获得推免生资格后，登录“全国推荐免试攻读研究生（免初试、转段）信息公开暨管理服务系统”（http://yz.chsi.com.cn/tm），注册个人基本信息并填报青岛大学。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资格审核及复试：学校及相关学院审核考生的相关信息，通过系统通知符合条件的考生来校参加复试及体检（具体安排另行通知）。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：我校将根据思想品德考核结果、复试成绩等择优确定待录取名单，考生须在规定时间内接收和确认我校发送的待录取通知。拟录取名单公示无异议并上报山东省教育招生考试院审核通过后，确定我校推免生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各招生学院根据报名情况，择优向考生发送复试通知。复试工作原则上在9月22日-10月15日完成，具体复试安排由学院自行确定。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考生应在规定时间内登录中国研究生招生信息网，及时接受我校发送的复试通知和拟录取通知，完成推免拟录取程序。若考生未在规定时间内完成确认操作，则视为自动放弃复试或拟录取资格。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六、推免生优惠政策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通过推荐免试方式入学的硕士研究生，可在第二学期初申请硕博连读攻读博士学位，申请专业应与硕士研究生录取专业在同一一级学科内，学制为5年（即“1年硕士+4年博士”）；硕博连读选拔仅限定在同一学位类型进行，学术学位硕士研究生只能申请学术学位博士研究生的硕博连读；临床医学专业学位和口腔医学专业学位可接收硕博连读，其他专业学位不接收硕博连读研究生；具体报名时间和条件以当年硕博连读博士研究生招生工作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直博的考生，由招生学院在复试期间组织开展师生双选工作，直博生入学后适用博士研究生的管理规章制度，并享受博士研究生待遇，学制为5年。具体详见《青岛大学直接攻读博士学位研究生管理办法》（附件4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资助政策：我校接收的推免生除享受国家助学金外，第一学年还可享受学校一等学业奖学金，同时可申请国家奖学金、校长奖学金、“三助”岗位（助教、助研、助管）、临时困难补助等，具体标准以我校当年文件规定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优先推荐校际联合培养和国际交流合作项目。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考生应确保信息填写的真实性，对提交虚假材料或弄虚作假者，取消录取资格或学籍，并按教育部相关规定严肃处理；已被确定为我校推免生，如在毕业前受到警告及以上处分或无法正常毕业，将取消其推荐免试生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已被我校接收的推免生，不得再报名参加当年硕士研究生招生考试，否则将取消其推免录取资格。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请考生务必保持通讯畅通。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接收推免未尽事宜，以上级文件为准。相关工作进程及要求，请及时关注我校研究生招生信息网（https://grad.qdu.edu.cn/yzb/）。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联系方式：青岛市市南区宁夏路308号青岛大学研究生招生办公室，电话：0532-85953655。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