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山东大学计算机科学与技术学院2026年接收推荐免试研究生预报名通知</w:t>
      </w:r>
    </w:p>
    <w:p>
      <w:pPr>
        <w:spacing w:after="80" w:lineRule="auto" w:line="360"/>
        <w:ind w:firstLine="482"/>
        <w:jc w:val="both"/>
      </w:pPr>
      <w:r>
        <w:rPr>
          <w:rFonts w:ascii="Times New Roman" w:hAnsi="Times New Roman" w:eastAsia="宋体"/>
          <w:b w:val="0"/>
          <w:sz w:val="24"/>
        </w:rPr>
        <w:t>发布日期：2025-08-31</w:t>
      </w:r>
    </w:p>
    <w:p>
      <w:pPr>
        <w:spacing w:before="160" w:after="80" w:lineRule="auto" w:line="360"/>
        <w:jc w:val="left"/>
      </w:pPr>
      <w:r>
        <w:rPr>
          <w:rFonts w:ascii="Times New Roman" w:hAnsi="Times New Roman" w:eastAsia="宋体"/>
          <w:b/>
          <w:sz w:val="28"/>
        </w:rPr>
        <w:t>一、报名专业</w:t>
      </w:r>
    </w:p>
    <w:p>
      <w:pPr>
        <w:spacing w:after="80" w:lineRule="auto" w:line="360"/>
        <w:ind w:firstLine="482"/>
        <w:jc w:val="both"/>
      </w:pPr>
      <w:r>
        <w:rPr>
          <w:rFonts w:ascii="Times New Roman" w:hAnsi="Times New Roman" w:eastAsia="宋体"/>
          <w:b w:val="0"/>
          <w:sz w:val="24"/>
        </w:rPr>
        <w:t>1. 学术学位：计算机科学与技术（081200）</w:t>
      </w:r>
    </w:p>
    <w:p>
      <w:pPr>
        <w:spacing w:after="80" w:lineRule="auto" w:line="360"/>
        <w:ind w:firstLine="482"/>
        <w:jc w:val="both"/>
      </w:pPr>
      <w:r>
        <w:rPr>
          <w:rFonts w:ascii="Times New Roman" w:hAnsi="Times New Roman" w:eastAsia="宋体"/>
          <w:b w:val="0"/>
          <w:sz w:val="24"/>
        </w:rPr>
        <w:t>2. 专业学位：计算机技术（085404）</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凡已取得或预计能取得所在本科毕业学校推荐免试资格的考生均可报名</w:t>
      </w:r>
    </w:p>
    <w:p>
      <w:pPr>
        <w:spacing w:after="80" w:lineRule="auto" w:line="360"/>
        <w:ind w:firstLine="482"/>
        <w:jc w:val="both"/>
      </w:pPr>
      <w:r>
        <w:rPr>
          <w:rFonts w:ascii="Times New Roman" w:hAnsi="Times New Roman" w:eastAsia="宋体"/>
          <w:b w:val="0"/>
          <w:sz w:val="24"/>
        </w:rPr>
        <w:t>2. 遵纪守法，品行优良，无任何违法违纪受处分记录</w:t>
      </w:r>
    </w:p>
    <w:p>
      <w:pPr>
        <w:spacing w:after="80" w:lineRule="auto" w:line="360"/>
        <w:ind w:firstLine="482"/>
        <w:jc w:val="both"/>
      </w:pPr>
      <w:r>
        <w:rPr>
          <w:rFonts w:ascii="Times New Roman" w:hAnsi="Times New Roman" w:eastAsia="宋体"/>
          <w:b w:val="0"/>
          <w:sz w:val="24"/>
        </w:rPr>
        <w:t>3. 学风端正，无任何考试作弊或剽窃他人学术成果记录</w:t>
      </w:r>
    </w:p>
    <w:p>
      <w:pPr>
        <w:spacing w:after="80" w:lineRule="auto" w:line="360"/>
        <w:ind w:firstLine="482"/>
        <w:jc w:val="both"/>
      </w:pPr>
      <w:r>
        <w:rPr>
          <w:rFonts w:ascii="Times New Roman" w:hAnsi="Times New Roman" w:eastAsia="宋体"/>
          <w:b w:val="0"/>
          <w:sz w:val="24"/>
        </w:rPr>
        <w:t>4. 符合我校当年招生简章和招生专业目录中规定的报考条件</w:t>
      </w:r>
    </w:p>
    <w:p>
      <w:pPr>
        <w:spacing w:after="80" w:lineRule="auto" w:line="360"/>
        <w:ind w:firstLine="482"/>
        <w:jc w:val="both"/>
      </w:pPr>
      <w:r>
        <w:rPr>
          <w:rFonts w:ascii="Times New Roman" w:hAnsi="Times New Roman" w:eastAsia="宋体"/>
          <w:b w:val="0"/>
          <w:sz w:val="24"/>
        </w:rPr>
        <w:t>5. 身心健康，符合国家及我校的相关体检要求</w:t>
      </w:r>
    </w:p>
    <w:p>
      <w:pPr>
        <w:spacing w:before="160" w:after="80" w:lineRule="auto" w:line="360"/>
        <w:jc w:val="left"/>
      </w:pPr>
      <w:r>
        <w:rPr>
          <w:rFonts w:ascii="Times New Roman" w:hAnsi="Times New Roman" w:eastAsia="宋体"/>
          <w:b/>
          <w:sz w:val="28"/>
        </w:rPr>
        <w:t>三、预报名</w:t>
      </w:r>
    </w:p>
    <w:p>
      <w:pPr>
        <w:spacing w:after="80" w:lineRule="auto" w:line="360"/>
        <w:ind w:firstLine="482"/>
        <w:jc w:val="both"/>
      </w:pPr>
      <w:r>
        <w:rPr>
          <w:rFonts w:ascii="Times New Roman" w:hAnsi="Times New Roman" w:eastAsia="宋体"/>
          <w:b w:val="0"/>
          <w:sz w:val="24"/>
        </w:rPr>
        <w:t>1. 报名时间：2025年9月1日09:00至9月11日17:00</w:t>
      </w:r>
    </w:p>
    <w:p>
      <w:pPr>
        <w:spacing w:after="80" w:lineRule="auto" w:line="360"/>
        <w:ind w:firstLine="482"/>
        <w:jc w:val="both"/>
      </w:pPr>
      <w:r>
        <w:rPr>
          <w:rFonts w:ascii="Times New Roman" w:hAnsi="Times New Roman" w:eastAsia="宋体"/>
          <w:b w:val="0"/>
          <w:sz w:val="24"/>
        </w:rPr>
        <w:t>2. 登录山东大学研究生招生管理服务平台，选择“推免预报名”，首次登录需注册，已报考夏令营的考生无需再次注册</w:t>
      </w:r>
    </w:p>
    <w:p>
      <w:pPr>
        <w:spacing w:after="80" w:lineRule="auto" w:line="360"/>
        <w:ind w:firstLine="482"/>
        <w:jc w:val="both"/>
      </w:pPr>
      <w:r>
        <w:rPr>
          <w:rFonts w:ascii="Times New Roman" w:hAnsi="Times New Roman" w:eastAsia="宋体"/>
          <w:b w:val="0"/>
          <w:sz w:val="24"/>
        </w:rPr>
        <w:t>3. 每名考生最多可选择三个招生单位，每个招生单位内仅可选择一个专业报考</w:t>
      </w:r>
    </w:p>
    <w:p>
      <w:pPr>
        <w:spacing w:after="80" w:lineRule="auto" w:line="360"/>
        <w:ind w:firstLine="482"/>
        <w:jc w:val="both"/>
      </w:pPr>
      <w:r>
        <w:rPr>
          <w:rFonts w:ascii="Times New Roman" w:hAnsi="Times New Roman" w:eastAsia="宋体"/>
          <w:b w:val="0"/>
          <w:sz w:val="24"/>
        </w:rPr>
        <w:t>4. 报名信息提交后，在报名时间段内可点击“修改”按钮进行修改，修改后需再次提交</w:t>
      </w:r>
    </w:p>
    <w:p>
      <w:pPr>
        <w:spacing w:after="80" w:lineRule="auto" w:line="360"/>
        <w:ind w:firstLine="482"/>
        <w:jc w:val="both"/>
      </w:pPr>
      <w:r>
        <w:rPr>
          <w:rFonts w:ascii="Times New Roman" w:hAnsi="Times New Roman" w:eastAsia="宋体"/>
          <w:b w:val="0"/>
          <w:sz w:val="24"/>
        </w:rPr>
        <w:t>5. 请认真核对报名信息，确保为提交状态，未提交的报名信息无效</w:t>
      </w:r>
    </w:p>
    <w:p>
      <w:pPr>
        <w:spacing w:after="80" w:lineRule="auto" w:line="360"/>
        <w:ind w:firstLine="482"/>
        <w:jc w:val="both"/>
      </w:pPr>
      <w:r>
        <w:rPr>
          <w:rFonts w:ascii="Times New Roman" w:hAnsi="Times New Roman" w:eastAsia="宋体"/>
          <w:b w:val="0"/>
          <w:sz w:val="24"/>
        </w:rPr>
        <w:t>6. 报名后请关注系统审核结论，如信息被退回修改，请在规定时间内按要求修改后重新提交</w:t>
      </w:r>
    </w:p>
    <w:p>
      <w:pPr>
        <w:spacing w:after="80" w:lineRule="auto" w:line="360"/>
        <w:ind w:firstLine="482"/>
        <w:jc w:val="both"/>
      </w:pPr>
      <w:r>
        <w:rPr>
          <w:rFonts w:ascii="Times New Roman" w:hAnsi="Times New Roman" w:eastAsia="宋体"/>
          <w:b w:val="0"/>
          <w:sz w:val="24"/>
        </w:rPr>
        <w:t>7. 学院将于9月中上旬起择优分批次通知考生参加复试，复试方式和复试内容将在学院网站公布</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思想政治素质和品德考核表</w:t>
      </w:r>
    </w:p>
    <w:p>
      <w:pPr>
        <w:spacing w:after="80" w:lineRule="auto" w:line="360"/>
        <w:ind w:firstLine="482"/>
        <w:jc w:val="both"/>
      </w:pPr>
      <w:r>
        <w:rPr>
          <w:rFonts w:ascii="Times New Roman" w:hAnsi="Times New Roman" w:eastAsia="宋体"/>
          <w:b w:val="0"/>
          <w:sz w:val="24"/>
        </w:rPr>
        <w:t>2. 本科阶段成绩单，须加盖学校教务主管部门公章</w:t>
      </w:r>
    </w:p>
    <w:p>
      <w:pPr>
        <w:spacing w:after="80" w:lineRule="auto" w:line="360"/>
        <w:ind w:firstLine="482"/>
        <w:jc w:val="both"/>
      </w:pPr>
      <w:r>
        <w:rPr>
          <w:rFonts w:ascii="Times New Roman" w:hAnsi="Times New Roman" w:eastAsia="宋体"/>
          <w:b w:val="0"/>
          <w:sz w:val="24"/>
        </w:rPr>
        <w:t>3. 外语水平证明或外语资格考试成绩单</w:t>
      </w:r>
    </w:p>
    <w:p>
      <w:pPr>
        <w:spacing w:after="80" w:lineRule="auto" w:line="360"/>
        <w:ind w:firstLine="482"/>
        <w:jc w:val="both"/>
      </w:pPr>
      <w:r>
        <w:rPr>
          <w:rFonts w:ascii="Times New Roman" w:hAnsi="Times New Roman" w:eastAsia="宋体"/>
          <w:b w:val="0"/>
          <w:sz w:val="24"/>
        </w:rPr>
        <w:t>4. 获奖证书</w:t>
      </w:r>
    </w:p>
    <w:p>
      <w:pPr>
        <w:spacing w:after="80" w:lineRule="auto" w:line="360"/>
        <w:ind w:firstLine="482"/>
        <w:jc w:val="both"/>
      </w:pPr>
      <w:r>
        <w:rPr>
          <w:rFonts w:ascii="Times New Roman" w:hAnsi="Times New Roman" w:eastAsia="宋体"/>
          <w:b w:val="0"/>
          <w:sz w:val="24"/>
        </w:rPr>
        <w:t>5. 体现自身学术水平的代表性学术论文、出版物或原创性工作成果等材料</w:t>
      </w:r>
    </w:p>
    <w:p>
      <w:pPr>
        <w:spacing w:after="80" w:lineRule="auto" w:line="360"/>
        <w:ind w:firstLine="482"/>
        <w:jc w:val="both"/>
      </w:pPr>
      <w:r>
        <w:rPr>
          <w:rFonts w:ascii="Times New Roman" w:hAnsi="Times New Roman" w:eastAsia="宋体"/>
          <w:b w:val="0"/>
          <w:sz w:val="24"/>
        </w:rPr>
        <w:t>6. 在校期间参军入伍服兵役、参加志愿服务、到国际组织实习等证明材料</w:t>
      </w:r>
    </w:p>
    <w:p>
      <w:pPr>
        <w:spacing w:after="80" w:lineRule="auto" w:line="360"/>
        <w:ind w:firstLine="482"/>
        <w:jc w:val="both"/>
      </w:pPr>
      <w:r>
        <w:rPr>
          <w:rFonts w:ascii="Times New Roman" w:hAnsi="Times New Roman" w:eastAsia="宋体"/>
          <w:b w:val="0"/>
          <w:sz w:val="24"/>
        </w:rPr>
        <w:t>7. 回避情况说明（凡有直系亲属或利益相关人员在我校工作，尤其是在所申请推免的招生单位工作的，须主动说明报备）</w:t>
      </w:r>
    </w:p>
    <w:p>
      <w:pPr>
        <w:spacing w:after="80" w:lineRule="auto" w:line="360"/>
        <w:ind w:firstLine="482"/>
        <w:jc w:val="both"/>
      </w:pPr>
      <w:r>
        <w:rPr>
          <w:rFonts w:ascii="Times New Roman" w:hAnsi="Times New Roman" w:eastAsia="宋体"/>
          <w:b w:val="0"/>
          <w:sz w:val="24"/>
        </w:rPr>
        <w:t>8. 2026年接收推荐免试硕士研究生申请汇总表</w:t>
      </w:r>
    </w:p>
    <w:p>
      <w:pPr>
        <w:spacing w:after="80" w:lineRule="auto" w:line="360"/>
        <w:ind w:firstLine="482"/>
        <w:jc w:val="both"/>
      </w:pPr>
      <w:r>
        <w:rPr>
          <w:rFonts w:ascii="Times New Roman" w:hAnsi="Times New Roman" w:eastAsia="宋体"/>
          <w:b w:val="0"/>
          <w:sz w:val="24"/>
        </w:rPr>
        <w:t>9. 我校相关招生单位要求提供的其他材料</w:t>
      </w:r>
    </w:p>
    <w:p>
      <w:pPr>
        <w:spacing w:after="80" w:lineRule="auto" w:line="360"/>
        <w:ind w:firstLine="482"/>
        <w:jc w:val="both"/>
      </w:pPr>
      <w:r>
        <w:rPr>
          <w:rFonts w:ascii="Times New Roman" w:hAnsi="Times New Roman" w:eastAsia="宋体"/>
          <w:b w:val="0"/>
          <w:sz w:val="24"/>
        </w:rPr>
        <w:t>10. 报名时如以上材料暂时不能提供，可在系统内上传情况说明，避免错过报名时间；参加复试时，请将缺失材料提交我校各招生单位进行补验</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因教育部推免相关文件暂未下达，报名系统中所列的专业信息及相关推免政策可能会有所调整</w:t>
      </w:r>
    </w:p>
    <w:p>
      <w:pPr>
        <w:spacing w:after="80" w:lineRule="auto" w:line="360"/>
        <w:ind w:firstLine="482"/>
        <w:jc w:val="both"/>
      </w:pPr>
      <w:r>
        <w:rPr>
          <w:rFonts w:ascii="Times New Roman" w:hAnsi="Times New Roman" w:eastAsia="宋体"/>
          <w:b w:val="0"/>
          <w:sz w:val="24"/>
        </w:rPr>
        <w:t>2. 我院研究生在青岛进行招生培养，请考生报名时注意选择</w:t>
      </w:r>
    </w:p>
    <w:p>
      <w:pPr>
        <w:spacing w:after="80" w:lineRule="auto" w:line="360"/>
        <w:ind w:firstLine="482"/>
        <w:jc w:val="both"/>
      </w:pPr>
      <w:r>
        <w:rPr>
          <w:rFonts w:ascii="Times New Roman" w:hAnsi="Times New Roman" w:eastAsia="宋体"/>
          <w:b w:val="0"/>
          <w:sz w:val="24"/>
        </w:rPr>
        <w:t>3. 通过我院复试拟接收的推免生，须登录“全国推荐免试攻读研究生（免初试、转段）信息公开暨管理服务系统”（网址：https://yz.chsi.com.cn/tm，开通时间详见研招网公告）填报志愿，并完成后续相关录取程序；未在规定时间内完成录取确认的推免生，将视为放弃拟录取资格</w:t>
      </w:r>
    </w:p>
    <w:p>
      <w:pPr>
        <w:spacing w:after="80" w:lineRule="auto" w:line="360"/>
        <w:ind w:firstLine="482"/>
        <w:jc w:val="both"/>
      </w:pPr>
      <w:r>
        <w:rPr>
          <w:rFonts w:ascii="Times New Roman" w:hAnsi="Times New Roman" w:eastAsia="宋体"/>
          <w:b w:val="0"/>
          <w:sz w:val="24"/>
        </w:rPr>
        <w:t>4. 未参加我院预报名的推免生，可在教育部开通“全国推荐免试攻读研究生信息公开暨管理服务系统”后，登录系统进行报名；我院将根据招生计划剩余情况决定是否发放复试通知和组织复试，具体安排将另行通知</w:t>
      </w:r>
    </w:p>
    <w:p>
      <w:pPr>
        <w:spacing w:before="160" w:after="80" w:lineRule="auto" w:line="360"/>
        <w:jc w:val="left"/>
      </w:pPr>
      <w:r>
        <w:rPr>
          <w:rFonts w:ascii="Times New Roman" w:hAnsi="Times New Roman" w:eastAsia="宋体"/>
          <w:b/>
          <w:sz w:val="28"/>
        </w:rPr>
        <w:t>六、咨询方式</w:t>
      </w:r>
    </w:p>
    <w:p>
      <w:pPr>
        <w:spacing w:after="80" w:lineRule="auto" w:line="360"/>
        <w:ind w:firstLine="482"/>
        <w:jc w:val="both"/>
      </w:pPr>
      <w:r>
        <w:rPr>
          <w:rFonts w:ascii="Times New Roman" w:hAnsi="Times New Roman" w:eastAsia="宋体"/>
          <w:b w:val="0"/>
          <w:sz w:val="24"/>
        </w:rPr>
        <w:t>1. 联系人：苏老师</w:t>
      </w:r>
    </w:p>
    <w:p>
      <w:pPr>
        <w:spacing w:after="80" w:lineRule="auto" w:line="360"/>
        <w:ind w:firstLine="482"/>
        <w:jc w:val="both"/>
      </w:pPr>
      <w:r>
        <w:rPr>
          <w:rFonts w:ascii="Times New Roman" w:hAnsi="Times New Roman" w:eastAsia="宋体"/>
          <w:b w:val="0"/>
          <w:sz w:val="24"/>
        </w:rPr>
        <w:t>2. 电话：0532-58630610</w:t>
      </w:r>
    </w:p>
    <w:p>
      <w:pPr>
        <w:spacing w:after="80" w:lineRule="auto" w:line="360"/>
        <w:ind w:firstLine="482"/>
        <w:jc w:val="both"/>
      </w:pPr>
      <w:r>
        <w:rPr>
          <w:rFonts w:ascii="Times New Roman" w:hAnsi="Times New Roman" w:eastAsia="宋体"/>
          <w:b w:val="0"/>
          <w:sz w:val="24"/>
        </w:rPr>
        <w:t>3. 邮箱：cs_graduate@sdu.edu.cn</w:t>
      </w:r>
    </w:p>
    <w:p>
      <w:pPr>
        <w:spacing w:after="80" w:lineRule="auto" w:line="360"/>
        <w:ind w:firstLine="482"/>
        <w:jc w:val="both"/>
      </w:pPr>
      <w:r>
        <w:rPr>
          <w:rFonts w:ascii="Times New Roman" w:hAnsi="Times New Roman" w:eastAsia="宋体"/>
          <w:b w:val="0"/>
          <w:sz w:val="24"/>
        </w:rPr>
        <w:t>4. 学院网站：http://www.cs.sdu.edu.cn</w:t>
      </w:r>
    </w:p>
    <w:p>
      <w:pPr>
        <w:spacing w:after="80" w:lineRule="auto" w:line="360"/>
        <w:ind w:firstLine="482"/>
        <w:jc w:val="both"/>
      </w:pPr>
      <w:r>
        <w:rPr>
          <w:rFonts w:ascii="Times New Roman" w:hAnsi="Times New Roman" w:eastAsia="宋体"/>
          <w:b w:val="0"/>
          <w:sz w:val="24"/>
        </w:rPr>
        <w:t>5. 地址：山东省青岛市即墨区滨海路72号</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