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推免考核表（第2轮）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一、推免考核表（第2轮）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本轮推免考核共涉及 1 名考生，考核结果为“考核通过”。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考核成绩与排名方式：以“复试总成绩”为量化依据，表中该考生复试总成绩为 88.8。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公示信息：本段内容未提供公示期、公示起止日期及联系方式。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二、考核明细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022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鼓楼临床医学院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105111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外科学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普外临床医疗技能训练与研究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缪*颖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0845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785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