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经济学院2026年接收推免研究生第一批复试名单及复试安排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经济学院2026年接收推免研究生第一批复试名单如下，共5人。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是否是支教学生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都星桦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金融监管与政策法规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贾淼哲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国民经济学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国际贸易学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金融监管与政策法规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原文未提供复试时间、地点、形式、评分方式及公示期等具体安排信息。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