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机械与动力工程学院2025年推免生拟推荐名单汇总表及相关公示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发布日期：2025年3月25日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本页面为沈阳化工大学机械与动力工程学院通知公告列表页，发布日期为2025年3月25日。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页面包含多条学院通知，涉及硕士研究生招生复试、推免生遴选、毕业审查及特种设备检验员考试报名等内容。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二、主要通知条目及要点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机动学院一志愿复试名单（2025-03-25）：公布2025年硕士研究生一志愿复试名单。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机械与动力工程学院2025年硕士研究生招生复试工作实施细则（2025-03-24）：明确复试流程、标准及安排。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关于2025年辽宁省特种设备压力容器检验员（RQY）资格取证（含补考）及考试换证报名（2025-02-27）：涉及报名时间、条件及流程。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机动学院2025届毕业生毕业与学位审查标准（2025-02-19）：规定毕业及学位授予审查要求。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关于2025年辽宁省特种设备压力管道检验员（GDY）资格取证（含补考）及考试换证报名（2025-02-07）：涉及报名时间、条件及流程。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2025年辽宁省特种设备（承压类）检验员资格考试计划（2024-12-25）：公布考试时间及安排。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机械与动力工程学院2025年推免生拟推荐名单汇总表（2024-11-04）：公示拟推荐免试攻读硕士研究生名单。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机械与动力工程学院2025年推免生综合能力成绩项目加分汇总表（公示）（2024-09-16）：公示推免生加分项目及成绩。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机械与动力工程学院2021级各专业学生加权平均分成绩前10%名单公示（2024-09-13）：公示成绩排名前10%学生名单。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机械与动力工程学院2021级各专业学生加权平均分成绩前30%名单公示（2024-09-13）：公示成绩排名前30%学生名单。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机械与动力工程学院2024年拟申请优秀硕士学位论文汇总表-专硕（2024-09-12）：公示专硕优秀论文申请名单。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机械与动力工程学院2024年拟申请优秀硕士学位论文汇总表-学硕（2024-09-12）：公示学硕优秀论文申请名单。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机械与动力工程学院2025年推荐优秀应届本科毕业生免试攻读硕士研究生遴选实施细则（2024-09-11）：规定推免生遴选条件、流程及时间节点。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机动学院2024届研究生答辩分组情况（2024-06-03）：公布答辩分组安排。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2024年机械与动力工程学院研究生调剂考生复试名单（2024-04-08）：公布调剂考生复试名单。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三、推免相关关键要素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接收条件：依据加权平均分排名（前10%或前30%）及综合能力成绩加分进行遴选。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申请流程：包括成绩公示、加分汇总、拟推荐名单公示等环节。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时间节点：2024年9月发布遴选细则及成绩公示，2024年11月发布拟推荐名单。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接收名额：未在页面中明确标注具体名额。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四、联系方式及来源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相关链接：沈阳化工大学主页、教务处、科研处、图书馆（未提供具体联系方式或邮箱）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