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三峡大学健康医学院推荐2026届优秀本科毕业生免试攻读硕士学位研究生初选名单</w:t>
      </w:r>
    </w:p>
    <w:p>
      <w:pPr>
        <w:spacing w:after="80" w:lineRule="auto" w:line="360"/>
        <w:ind w:firstLine="482"/>
        <w:jc w:val="both"/>
      </w:pPr>
      <w:r>
        <w:rPr>
          <w:rFonts w:ascii="Times New Roman" w:hAnsi="Times New Roman" w:eastAsia="宋体"/>
          <w:b w:val="0"/>
          <w:sz w:val="24"/>
        </w:rPr>
        <w:t>按照《关于开展推荐2026届优秀应届本科毕业生免试攻读硕士学位研究生工作的通知》、《三峡大学推荐优秀应届本科毕业生免试攻读硕士学位研究生工作管理办法（修订版）》（三峡大教〔2022〕43号）、《三峡大学推荐优秀应届本科毕业生免试攻读硕士学位研究生工作管理办法》（修订）（三峡大教〔2024〕2号）及《三峡大学健康医学院推荐2026届优秀本科毕业生免试攻读硕士学位研究生工作实施方案》，学院已完成对报名学生的资格审查及奖励加分项的审核认定，现按照学生综合成绩总分从高到低排序，将推免生初选名单予以公示。</w:t>
      </w:r>
    </w:p>
    <w:p>
      <w:pPr>
        <w:spacing w:after="80" w:lineRule="auto" w:line="360"/>
        <w:ind w:firstLine="482"/>
        <w:jc w:val="both"/>
      </w:pPr>
      <w:r>
        <w:rPr>
          <w:rFonts w:ascii="Times New Roman" w:hAnsi="Times New Roman" w:eastAsia="宋体"/>
          <w:b w:val="0"/>
          <w:sz w:val="24"/>
        </w:rPr>
        <w:t>发布日期：2025年9月10日</w:t>
      </w:r>
    </w:p>
    <w:p>
      <w:pPr>
        <w:spacing w:before="160" w:after="80" w:lineRule="auto" w:line="360"/>
        <w:jc w:val="left"/>
      </w:pPr>
      <w:r>
        <w:rPr>
          <w:rFonts w:ascii="Times New Roman" w:hAnsi="Times New Roman" w:eastAsia="宋体"/>
          <w:b/>
          <w:sz w:val="28"/>
        </w:rPr>
        <w:t>一、初选名单明细</w:t>
      </w:r>
    </w:p>
    <w:tbl>
      <w:tblPr>
        <w:tblStyle w:val="TableGrid"/>
        <w:tblW w:type="auto" w:w="0"/>
        <w:jc w:val="center"/>
        <w:tblLook w:firstColumn="1" w:firstRow="1" w:lastColumn="0" w:lastRow="0" w:noHBand="0" w:noVBand="1" w:val="04A0"/>
      </w:tblPr>
      <w:tblGrid>
        <w:gridCol w:w="785"/>
        <w:gridCol w:w="785"/>
        <w:gridCol w:w="785"/>
        <w:gridCol w:w="785"/>
        <w:gridCol w:w="785"/>
        <w:gridCol w:w="785"/>
        <w:gridCol w:w="785"/>
        <w:gridCol w:w="785"/>
        <w:gridCol w:w="785"/>
        <w:gridCol w:w="785"/>
        <w:gridCol w:w="785"/>
      </w:tblGrid>
      <w:tr>
        <w:tc>
          <w:tcPr>
            <w:tcW w:type="dxa" w:w="785"/>
          </w:tcPr>
          <w:p>
            <w:pPr>
              <w:spacing w:after="20" w:before="20"/>
            </w:pPr>
            <w:r/>
            <w:r>
              <w:rPr>
                <w:rFonts w:ascii="Times New Roman" w:hAnsi="Times New Roman" w:eastAsia="宋体"/>
                <w:b/>
                <w:sz w:val="21"/>
              </w:rPr>
              <w:t>姓名</w:t>
            </w:r>
          </w:p>
        </w:tc>
        <w:tc>
          <w:tcPr>
            <w:tcW w:type="dxa" w:w="785"/>
          </w:tcPr>
          <w:p>
            <w:pPr>
              <w:spacing w:after="20" w:before="20"/>
            </w:pPr>
            <w:r/>
            <w:r>
              <w:rPr>
                <w:rFonts w:ascii="Times New Roman" w:hAnsi="Times New Roman" w:eastAsia="宋体"/>
                <w:b/>
                <w:sz w:val="21"/>
              </w:rPr>
              <w:t>学号</w:t>
            </w:r>
          </w:p>
        </w:tc>
        <w:tc>
          <w:tcPr>
            <w:tcW w:type="dxa" w:w="785"/>
          </w:tcPr>
          <w:p>
            <w:pPr>
              <w:spacing w:after="20" w:before="20"/>
            </w:pPr>
            <w:r/>
            <w:r>
              <w:rPr>
                <w:rFonts w:ascii="Times New Roman" w:hAnsi="Times New Roman" w:eastAsia="宋体"/>
                <w:b/>
                <w:sz w:val="21"/>
              </w:rPr>
              <w:t>专业</w:t>
            </w:r>
          </w:p>
        </w:tc>
        <w:tc>
          <w:tcPr>
            <w:tcW w:type="dxa" w:w="785"/>
          </w:tcPr>
          <w:p>
            <w:pPr>
              <w:spacing w:after="20" w:before="20"/>
            </w:pPr>
            <w:r/>
            <w:r>
              <w:rPr>
                <w:rFonts w:ascii="Times New Roman" w:hAnsi="Times New Roman" w:eastAsia="宋体"/>
                <w:b/>
                <w:sz w:val="21"/>
              </w:rPr>
              <w:t>推免学分加权平均成绩</w:t>
            </w:r>
          </w:p>
        </w:tc>
        <w:tc>
          <w:tcPr>
            <w:tcW w:type="dxa" w:w="785"/>
          </w:tcPr>
          <w:p>
            <w:pPr>
              <w:spacing w:after="20" w:before="20"/>
            </w:pPr>
            <w:r/>
            <w:r>
              <w:rPr>
                <w:rFonts w:ascii="Times New Roman" w:hAnsi="Times New Roman" w:eastAsia="宋体"/>
                <w:b/>
                <w:sz w:val="21"/>
              </w:rPr>
              <w:t>专业成绩排名</w:t>
            </w:r>
          </w:p>
        </w:tc>
        <w:tc>
          <w:tcPr>
            <w:tcW w:type="dxa" w:w="785"/>
          </w:tcPr>
          <w:p>
            <w:pPr>
              <w:spacing w:after="20" w:before="20"/>
            </w:pPr>
            <w:r/>
            <w:r>
              <w:rPr>
                <w:rFonts w:ascii="Times New Roman" w:hAnsi="Times New Roman" w:eastAsia="宋体"/>
                <w:b/>
                <w:sz w:val="21"/>
              </w:rPr>
              <w:t>奖励分</w:t>
            </w:r>
          </w:p>
        </w:tc>
        <w:tc>
          <w:tcPr>
            <w:tcW w:type="dxa" w:w="785"/>
          </w:tcPr>
          <w:p>
            <w:pPr>
              <w:spacing w:after="20" w:before="20"/>
            </w:pPr>
            <w:r/>
            <w:r>
              <w:rPr>
                <w:rFonts w:ascii="Times New Roman" w:hAnsi="Times New Roman" w:eastAsia="宋体"/>
                <w:b/>
                <w:sz w:val="21"/>
              </w:rPr>
              <w:t>奖励折算分</w:t>
            </w:r>
          </w:p>
        </w:tc>
        <w:tc>
          <w:tcPr>
            <w:tcW w:type="dxa" w:w="785"/>
          </w:tcPr>
          <w:p>
            <w:pPr>
              <w:spacing w:after="20" w:before="20"/>
            </w:pPr>
            <w:r/>
            <w:r>
              <w:rPr>
                <w:rFonts w:ascii="Times New Roman" w:hAnsi="Times New Roman" w:eastAsia="宋体"/>
                <w:b/>
                <w:sz w:val="21"/>
              </w:rPr>
              <w:t>推免综合成绩得分</w:t>
            </w:r>
          </w:p>
        </w:tc>
        <w:tc>
          <w:tcPr>
            <w:tcW w:type="dxa" w:w="785"/>
          </w:tcPr>
          <w:p>
            <w:pPr>
              <w:spacing w:after="20" w:before="20"/>
            </w:pPr>
            <w:r/>
            <w:r>
              <w:rPr>
                <w:rFonts w:ascii="Times New Roman" w:hAnsi="Times New Roman" w:eastAsia="宋体"/>
                <w:b/>
                <w:sz w:val="21"/>
              </w:rPr>
              <w:t>奖励项目</w:t>
            </w:r>
          </w:p>
        </w:tc>
        <w:tc>
          <w:tcPr>
            <w:tcW w:type="dxa" w:w="785"/>
          </w:tcPr>
          <w:p>
            <w:pPr>
              <w:spacing w:after="20" w:before="20"/>
            </w:pPr>
            <w:r/>
            <w:r>
              <w:rPr>
                <w:rFonts w:ascii="Times New Roman" w:hAnsi="Times New Roman" w:eastAsia="宋体"/>
                <w:b/>
                <w:sz w:val="21"/>
              </w:rPr>
              <w:t>学院推荐排序</w:t>
            </w:r>
          </w:p>
        </w:tc>
        <w:tc>
          <w:tcPr>
            <w:tcW w:type="dxa" w:w="785"/>
          </w:tcPr>
          <w:p>
            <w:pPr>
              <w:spacing w:after="20" w:before="20"/>
            </w:pPr>
            <w:r/>
            <w:r>
              <w:rPr>
                <w:rFonts w:ascii="Times New Roman" w:hAnsi="Times New Roman" w:eastAsia="宋体"/>
                <w:b/>
                <w:sz w:val="21"/>
              </w:rPr>
              <w:t>备注</w:t>
            </w:r>
          </w:p>
        </w:tc>
      </w:tr>
      <w:tr>
        <w:tc>
          <w:tcPr>
            <w:tcW w:type="dxa" w:w="785"/>
          </w:tcPr>
          <w:p>
            <w:pPr>
              <w:spacing w:after="20" w:before="20"/>
            </w:pPr>
            <w:r/>
            <w:r>
              <w:rPr>
                <w:rFonts w:ascii="Times New Roman" w:hAnsi="Times New Roman" w:eastAsia="宋体"/>
                <w:b w:val="0"/>
                <w:sz w:val="21"/>
              </w:rPr>
              <w:t>崔雨晴</w:t>
            </w:r>
          </w:p>
        </w:tc>
        <w:tc>
          <w:tcPr>
            <w:tcW w:type="dxa" w:w="785"/>
          </w:tcPr>
          <w:p>
            <w:pPr>
              <w:spacing w:after="20" w:before="20"/>
            </w:pPr>
            <w:r/>
            <w:r>
              <w:rPr>
                <w:rFonts w:ascii="Times New Roman" w:hAnsi="Times New Roman" w:eastAsia="宋体"/>
                <w:b w:val="0"/>
                <w:sz w:val="21"/>
              </w:rPr>
              <w:t>202210400203</w:t>
            </w:r>
          </w:p>
        </w:tc>
        <w:tc>
          <w:tcPr>
            <w:tcW w:type="dxa" w:w="785"/>
          </w:tcPr>
          <w:p>
            <w:pPr>
              <w:spacing w:after="20" w:before="20"/>
            </w:pPr>
            <w:r/>
            <w:r>
              <w:rPr>
                <w:rFonts w:ascii="Times New Roman" w:hAnsi="Times New Roman" w:eastAsia="宋体"/>
                <w:b w:val="0"/>
                <w:sz w:val="21"/>
              </w:rPr>
              <w:t>护理学</w:t>
            </w:r>
          </w:p>
        </w:tc>
        <w:tc>
          <w:tcPr>
            <w:tcW w:type="dxa" w:w="785"/>
          </w:tcPr>
          <w:p>
            <w:pPr>
              <w:spacing w:after="20" w:before="20"/>
            </w:pPr>
            <w:r/>
            <w:r>
              <w:rPr>
                <w:rFonts w:ascii="Times New Roman" w:hAnsi="Times New Roman" w:eastAsia="宋体"/>
                <w:b w:val="0"/>
                <w:sz w:val="21"/>
              </w:rPr>
              <w:t>88.275</w:t>
            </w:r>
          </w:p>
        </w:tc>
        <w:tc>
          <w:tcPr>
            <w:tcW w:type="dxa" w:w="785"/>
          </w:tcPr>
          <w:p>
            <w:pPr>
              <w:spacing w:after="20" w:before="20"/>
            </w:pPr>
            <w:r/>
            <w:r>
              <w:rPr>
                <w:rFonts w:ascii="Times New Roman" w:hAnsi="Times New Roman" w:eastAsia="宋体"/>
                <w:b w:val="0"/>
                <w:sz w:val="21"/>
              </w:rPr>
              <w:t>1</w:t>
            </w:r>
          </w:p>
        </w:tc>
        <w:tc>
          <w:tcPr>
            <w:tcW w:type="dxa" w:w="785"/>
          </w:tcPr>
          <w:p>
            <w:pPr>
              <w:spacing w:after="20" w:before="20"/>
            </w:pPr>
            <w:r/>
            <w:r>
              <w:rPr>
                <w:rFonts w:ascii="Times New Roman" w:hAnsi="Times New Roman" w:eastAsia="宋体"/>
                <w:b w:val="0"/>
                <w:sz w:val="21"/>
              </w:rPr>
            </w:r>
          </w:p>
        </w:tc>
        <w:tc>
          <w:tcPr>
            <w:tcW w:type="dxa" w:w="785"/>
          </w:tcPr>
          <w:p>
            <w:pPr>
              <w:spacing w:after="20" w:before="20"/>
            </w:pPr>
            <w:r/>
            <w:r>
              <w:rPr>
                <w:rFonts w:ascii="Times New Roman" w:hAnsi="Times New Roman" w:eastAsia="宋体"/>
                <w:b w:val="0"/>
                <w:sz w:val="21"/>
              </w:rPr>
            </w:r>
          </w:p>
        </w:tc>
        <w:tc>
          <w:tcPr>
            <w:tcW w:type="dxa" w:w="785"/>
          </w:tcPr>
          <w:p>
            <w:pPr>
              <w:spacing w:after="20" w:before="20"/>
            </w:pPr>
            <w:r/>
            <w:r>
              <w:rPr>
                <w:rFonts w:ascii="Times New Roman" w:hAnsi="Times New Roman" w:eastAsia="宋体"/>
                <w:b w:val="0"/>
                <w:sz w:val="21"/>
              </w:rPr>
              <w:t>88.275</w:t>
            </w:r>
          </w:p>
        </w:tc>
        <w:tc>
          <w:tcPr>
            <w:tcW w:type="dxa" w:w="785"/>
          </w:tcPr>
          <w:p>
            <w:pPr>
              <w:spacing w:after="20" w:before="20"/>
            </w:pPr>
            <w:r/>
            <w:r>
              <w:rPr>
                <w:rFonts w:ascii="Times New Roman" w:hAnsi="Times New Roman" w:eastAsia="宋体"/>
                <w:b w:val="0"/>
                <w:sz w:val="21"/>
              </w:rPr>
              <w:t>无</w:t>
            </w:r>
          </w:p>
        </w:tc>
        <w:tc>
          <w:tcPr>
            <w:tcW w:type="dxa" w:w="785"/>
          </w:tcPr>
          <w:p>
            <w:pPr>
              <w:spacing w:after="20" w:before="20"/>
            </w:pPr>
            <w:r/>
            <w:r>
              <w:rPr>
                <w:rFonts w:ascii="Times New Roman" w:hAnsi="Times New Roman" w:eastAsia="宋体"/>
                <w:b w:val="0"/>
                <w:sz w:val="21"/>
              </w:rPr>
              <w:t>1</w:t>
            </w:r>
          </w:p>
        </w:tc>
        <w:tc>
          <w:tcPr>
            <w:tcW w:type="dxa" w:w="785"/>
          </w:tcPr>
          <w:p>
            <w:pPr>
              <w:spacing w:after="20" w:before="20"/>
            </w:pPr>
            <w:r/>
            <w:r>
              <w:rPr>
                <w:rFonts w:ascii="Times New Roman" w:hAnsi="Times New Roman" w:eastAsia="宋体"/>
                <w:b w:val="0"/>
                <w:sz w:val="21"/>
              </w:rPr>
              <w:t>直推</w:t>
            </w:r>
          </w:p>
        </w:tc>
      </w:tr>
      <w:tr>
        <w:tc>
          <w:tcPr>
            <w:tcW w:type="dxa" w:w="785"/>
          </w:tcPr>
          <w:p>
            <w:pPr>
              <w:spacing w:after="20" w:before="20"/>
            </w:pPr>
            <w:r/>
            <w:r>
              <w:rPr>
                <w:rFonts w:ascii="Times New Roman" w:hAnsi="Times New Roman" w:eastAsia="宋体"/>
                <w:b w:val="0"/>
                <w:sz w:val="21"/>
              </w:rPr>
              <w:t>刘小丽</w:t>
            </w:r>
          </w:p>
        </w:tc>
        <w:tc>
          <w:tcPr>
            <w:tcW w:type="dxa" w:w="785"/>
          </w:tcPr>
          <w:p>
            <w:pPr>
              <w:spacing w:after="20" w:before="20"/>
            </w:pPr>
            <w:r/>
            <w:r>
              <w:rPr>
                <w:rFonts w:ascii="Times New Roman" w:hAnsi="Times New Roman" w:eastAsia="宋体"/>
                <w:b w:val="0"/>
                <w:sz w:val="21"/>
              </w:rPr>
              <w:t>202210400222</w:t>
            </w:r>
          </w:p>
        </w:tc>
        <w:tc>
          <w:tcPr>
            <w:tcW w:type="dxa" w:w="785"/>
          </w:tcPr>
          <w:p>
            <w:pPr>
              <w:spacing w:after="20" w:before="20"/>
            </w:pPr>
            <w:r/>
            <w:r>
              <w:rPr>
                <w:rFonts w:ascii="Times New Roman" w:hAnsi="Times New Roman" w:eastAsia="宋体"/>
                <w:b w:val="0"/>
                <w:sz w:val="21"/>
              </w:rPr>
              <w:t>护理学</w:t>
            </w:r>
          </w:p>
        </w:tc>
        <w:tc>
          <w:tcPr>
            <w:tcW w:type="dxa" w:w="785"/>
          </w:tcPr>
          <w:p>
            <w:pPr>
              <w:spacing w:after="20" w:before="20"/>
            </w:pPr>
            <w:r/>
            <w:r>
              <w:rPr>
                <w:rFonts w:ascii="Times New Roman" w:hAnsi="Times New Roman" w:eastAsia="宋体"/>
                <w:b w:val="0"/>
                <w:sz w:val="21"/>
              </w:rPr>
              <w:t>85.197</w:t>
            </w:r>
          </w:p>
        </w:tc>
        <w:tc>
          <w:tcPr>
            <w:tcW w:type="dxa" w:w="785"/>
          </w:tcPr>
          <w:p>
            <w:pPr>
              <w:spacing w:after="20" w:before="20"/>
            </w:pPr>
            <w:r/>
            <w:r>
              <w:rPr>
                <w:rFonts w:ascii="Times New Roman" w:hAnsi="Times New Roman" w:eastAsia="宋体"/>
                <w:b w:val="0"/>
                <w:sz w:val="21"/>
              </w:rPr>
              <w:t>2</w:t>
            </w:r>
          </w:p>
        </w:tc>
        <w:tc>
          <w:tcPr>
            <w:tcW w:type="dxa" w:w="785"/>
          </w:tcPr>
          <w:p>
            <w:pPr>
              <w:spacing w:after="20" w:before="20"/>
            </w:pPr>
            <w:r/>
            <w:r>
              <w:rPr>
                <w:rFonts w:ascii="Times New Roman" w:hAnsi="Times New Roman" w:eastAsia="宋体"/>
                <w:b w:val="0"/>
                <w:sz w:val="21"/>
              </w:rPr>
            </w:r>
          </w:p>
        </w:tc>
        <w:tc>
          <w:tcPr>
            <w:tcW w:type="dxa" w:w="785"/>
          </w:tcPr>
          <w:p>
            <w:pPr>
              <w:spacing w:after="20" w:before="20"/>
            </w:pPr>
            <w:r/>
            <w:r>
              <w:rPr>
                <w:rFonts w:ascii="Times New Roman" w:hAnsi="Times New Roman" w:eastAsia="宋体"/>
                <w:b w:val="0"/>
                <w:sz w:val="21"/>
              </w:rPr>
            </w:r>
          </w:p>
        </w:tc>
        <w:tc>
          <w:tcPr>
            <w:tcW w:type="dxa" w:w="785"/>
          </w:tcPr>
          <w:p>
            <w:pPr>
              <w:spacing w:after="20" w:before="20"/>
            </w:pPr>
            <w:r/>
            <w:r>
              <w:rPr>
                <w:rFonts w:ascii="Times New Roman" w:hAnsi="Times New Roman" w:eastAsia="宋体"/>
                <w:b w:val="0"/>
                <w:sz w:val="21"/>
              </w:rPr>
              <w:t>85.197</w:t>
            </w:r>
          </w:p>
        </w:tc>
        <w:tc>
          <w:tcPr>
            <w:tcW w:type="dxa" w:w="785"/>
          </w:tcPr>
          <w:p>
            <w:pPr>
              <w:spacing w:after="20" w:before="20"/>
            </w:pPr>
            <w:r/>
            <w:r>
              <w:rPr>
                <w:rFonts w:ascii="Times New Roman" w:hAnsi="Times New Roman" w:eastAsia="宋体"/>
                <w:b w:val="0"/>
                <w:sz w:val="21"/>
              </w:rPr>
              <w:t>无</w:t>
            </w:r>
          </w:p>
        </w:tc>
        <w:tc>
          <w:tcPr>
            <w:tcW w:type="dxa" w:w="785"/>
          </w:tcPr>
          <w:p>
            <w:pPr>
              <w:spacing w:after="20" w:before="20"/>
            </w:pPr>
            <w:r/>
            <w:r>
              <w:rPr>
                <w:rFonts w:ascii="Times New Roman" w:hAnsi="Times New Roman" w:eastAsia="宋体"/>
                <w:b w:val="0"/>
                <w:sz w:val="21"/>
              </w:rPr>
              <w:t>2</w:t>
            </w:r>
          </w:p>
        </w:tc>
        <w:tc>
          <w:tcPr>
            <w:tcW w:type="dxa" w:w="785"/>
          </w:tcPr>
          <w:p>
            <w:pPr>
              <w:spacing w:after="20" w:before="20"/>
            </w:pPr>
            <w:r/>
            <w:r>
              <w:rPr>
                <w:rFonts w:ascii="Times New Roman" w:hAnsi="Times New Roman" w:eastAsia="宋体"/>
                <w:b w:val="0"/>
                <w:sz w:val="21"/>
              </w:rPr>
            </w:r>
          </w:p>
        </w:tc>
      </w:tr>
      <w:tr>
        <w:tc>
          <w:tcPr>
            <w:tcW w:type="dxa" w:w="785"/>
          </w:tcPr>
          <w:p>
            <w:pPr>
              <w:spacing w:after="20" w:before="20"/>
            </w:pPr>
            <w:r/>
            <w:r>
              <w:rPr>
                <w:rFonts w:ascii="Times New Roman" w:hAnsi="Times New Roman" w:eastAsia="宋体"/>
                <w:b w:val="0"/>
                <w:sz w:val="21"/>
              </w:rPr>
              <w:t>任子涵</w:t>
            </w:r>
          </w:p>
        </w:tc>
        <w:tc>
          <w:tcPr>
            <w:tcW w:type="dxa" w:w="785"/>
          </w:tcPr>
          <w:p>
            <w:pPr>
              <w:spacing w:after="20" w:before="20"/>
            </w:pPr>
            <w:r/>
            <w:r>
              <w:rPr>
                <w:rFonts w:ascii="Times New Roman" w:hAnsi="Times New Roman" w:eastAsia="宋体"/>
                <w:b w:val="0"/>
                <w:sz w:val="21"/>
              </w:rPr>
              <w:t>202210400123</w:t>
            </w:r>
          </w:p>
        </w:tc>
        <w:tc>
          <w:tcPr>
            <w:tcW w:type="dxa" w:w="785"/>
          </w:tcPr>
          <w:p>
            <w:pPr>
              <w:spacing w:after="20" w:before="20"/>
            </w:pPr>
            <w:r/>
            <w:r>
              <w:rPr>
                <w:rFonts w:ascii="Times New Roman" w:hAnsi="Times New Roman" w:eastAsia="宋体"/>
                <w:b w:val="0"/>
                <w:sz w:val="21"/>
              </w:rPr>
              <w:t>护理学</w:t>
            </w:r>
          </w:p>
        </w:tc>
        <w:tc>
          <w:tcPr>
            <w:tcW w:type="dxa" w:w="785"/>
          </w:tcPr>
          <w:p>
            <w:pPr>
              <w:spacing w:after="20" w:before="20"/>
            </w:pPr>
            <w:r/>
            <w:r>
              <w:rPr>
                <w:rFonts w:ascii="Times New Roman" w:hAnsi="Times New Roman" w:eastAsia="宋体"/>
                <w:b w:val="0"/>
                <w:sz w:val="21"/>
              </w:rPr>
              <w:t>83.856</w:t>
            </w:r>
          </w:p>
        </w:tc>
        <w:tc>
          <w:tcPr>
            <w:tcW w:type="dxa" w:w="785"/>
          </w:tcPr>
          <w:p>
            <w:pPr>
              <w:spacing w:after="20" w:before="20"/>
            </w:pPr>
            <w:r/>
            <w:r>
              <w:rPr>
                <w:rFonts w:ascii="Times New Roman" w:hAnsi="Times New Roman" w:eastAsia="宋体"/>
                <w:b w:val="0"/>
                <w:sz w:val="21"/>
              </w:rPr>
            </w:r>
          </w:p>
        </w:tc>
        <w:tc>
          <w:tcPr>
            <w:tcW w:type="dxa" w:w="785"/>
          </w:tcPr>
          <w:p>
            <w:pPr>
              <w:spacing w:after="20" w:before="20"/>
            </w:pPr>
            <w:r/>
            <w:r>
              <w:rPr>
                <w:rFonts w:ascii="Times New Roman" w:hAnsi="Times New Roman" w:eastAsia="宋体"/>
                <w:b w:val="0"/>
                <w:sz w:val="21"/>
              </w:rPr>
              <w:t>0.5</w:t>
            </w:r>
          </w:p>
        </w:tc>
        <w:tc>
          <w:tcPr>
            <w:tcW w:type="dxa" w:w="785"/>
          </w:tcPr>
          <w:p>
            <w:pPr>
              <w:spacing w:after="20" w:before="20"/>
            </w:pPr>
            <w:r/>
            <w:r>
              <w:rPr>
                <w:rFonts w:ascii="Times New Roman" w:hAnsi="Times New Roman" w:eastAsia="宋体"/>
                <w:b w:val="0"/>
                <w:sz w:val="21"/>
              </w:rPr>
              <w:t>0.5</w:t>
            </w:r>
          </w:p>
        </w:tc>
        <w:tc>
          <w:tcPr>
            <w:tcW w:type="dxa" w:w="785"/>
          </w:tcPr>
          <w:p>
            <w:pPr>
              <w:spacing w:after="20" w:before="20"/>
            </w:pPr>
            <w:r/>
            <w:r>
              <w:rPr>
                <w:rFonts w:ascii="Times New Roman" w:hAnsi="Times New Roman" w:eastAsia="宋体"/>
                <w:b w:val="0"/>
                <w:sz w:val="21"/>
              </w:rPr>
              <w:t>84.350</w:t>
            </w:r>
          </w:p>
        </w:tc>
        <w:tc>
          <w:tcPr>
            <w:tcW w:type="dxa" w:w="785"/>
          </w:tcPr>
          <w:p>
            <w:pPr>
              <w:spacing w:after="20" w:before="20"/>
            </w:pPr>
            <w:r/>
            <w:r>
              <w:rPr>
                <w:rFonts w:ascii="Times New Roman" w:hAnsi="Times New Roman" w:eastAsia="宋体"/>
                <w:b w:val="0"/>
                <w:sz w:val="21"/>
              </w:rPr>
              <w:t>竞赛：2024年第三届全国说医解药科普竞赛省级二等奖（省级B类）</w:t>
            </w:r>
          </w:p>
        </w:tc>
        <w:tc>
          <w:tcPr>
            <w:tcW w:type="dxa" w:w="785"/>
          </w:tcPr>
          <w:p>
            <w:pPr>
              <w:spacing w:after="20" w:before="20"/>
            </w:pPr>
            <w:r/>
            <w:r>
              <w:rPr>
                <w:rFonts w:ascii="Times New Roman" w:hAnsi="Times New Roman" w:eastAsia="宋体"/>
                <w:b w:val="0"/>
                <w:sz w:val="21"/>
              </w:rPr>
              <w:t>3</w:t>
            </w:r>
          </w:p>
        </w:tc>
        <w:tc>
          <w:tcPr>
            <w:tcW w:type="dxa" w:w="785"/>
          </w:tcPr>
          <w:p>
            <w:pPr>
              <w:spacing w:after="20" w:before="20"/>
            </w:pPr>
            <w:r/>
            <w:r>
              <w:rPr>
                <w:rFonts w:ascii="Times New Roman" w:hAnsi="Times New Roman" w:eastAsia="宋体"/>
                <w:b w:val="0"/>
                <w:sz w:val="21"/>
              </w:rPr>
            </w:r>
          </w:p>
        </w:tc>
      </w:tr>
      <w:tr>
        <w:tc>
          <w:tcPr>
            <w:tcW w:type="dxa" w:w="785"/>
          </w:tcPr>
          <w:p>
            <w:pPr>
              <w:spacing w:after="20" w:before="20"/>
            </w:pPr>
            <w:r/>
            <w:r>
              <w:rPr>
                <w:rFonts w:ascii="Times New Roman" w:hAnsi="Times New Roman" w:eastAsia="宋体"/>
                <w:b w:val="0"/>
                <w:sz w:val="21"/>
              </w:rPr>
              <w:t>付星</w:t>
            </w:r>
          </w:p>
        </w:tc>
        <w:tc>
          <w:tcPr>
            <w:tcW w:type="dxa" w:w="785"/>
          </w:tcPr>
          <w:p>
            <w:pPr>
              <w:spacing w:after="20" w:before="20"/>
            </w:pPr>
            <w:r/>
            <w:r>
              <w:rPr>
                <w:rFonts w:ascii="Times New Roman" w:hAnsi="Times New Roman" w:eastAsia="宋体"/>
                <w:b w:val="0"/>
                <w:sz w:val="21"/>
              </w:rPr>
              <w:t>202210400205</w:t>
            </w:r>
          </w:p>
        </w:tc>
        <w:tc>
          <w:tcPr>
            <w:tcW w:type="dxa" w:w="785"/>
          </w:tcPr>
          <w:p>
            <w:pPr>
              <w:spacing w:after="20" w:before="20"/>
            </w:pPr>
            <w:r/>
            <w:r>
              <w:rPr>
                <w:rFonts w:ascii="Times New Roman" w:hAnsi="Times New Roman" w:eastAsia="宋体"/>
                <w:b w:val="0"/>
                <w:sz w:val="21"/>
              </w:rPr>
              <w:t>护理学</w:t>
            </w:r>
          </w:p>
        </w:tc>
        <w:tc>
          <w:tcPr>
            <w:tcW w:type="dxa" w:w="785"/>
          </w:tcPr>
          <w:p>
            <w:pPr>
              <w:spacing w:after="20" w:before="20"/>
            </w:pPr>
            <w:r/>
            <w:r>
              <w:rPr>
                <w:rFonts w:ascii="Times New Roman" w:hAnsi="Times New Roman" w:eastAsia="宋体"/>
                <w:b w:val="0"/>
                <w:sz w:val="21"/>
              </w:rPr>
              <w:t>84.137</w:t>
            </w:r>
          </w:p>
        </w:tc>
        <w:tc>
          <w:tcPr>
            <w:tcW w:type="dxa" w:w="785"/>
          </w:tcPr>
          <w:p>
            <w:pPr>
              <w:spacing w:after="20" w:before="20"/>
            </w:pPr>
            <w:r/>
            <w:r>
              <w:rPr>
                <w:rFonts w:ascii="Times New Roman" w:hAnsi="Times New Roman" w:eastAsia="宋体"/>
                <w:b w:val="0"/>
                <w:sz w:val="21"/>
              </w:rPr>
              <w:t>4</w:t>
            </w:r>
          </w:p>
        </w:tc>
        <w:tc>
          <w:tcPr>
            <w:tcW w:type="dxa" w:w="785"/>
          </w:tcPr>
          <w:p>
            <w:pPr>
              <w:spacing w:after="20" w:before="20"/>
            </w:pPr>
            <w:r/>
            <w:r>
              <w:rPr>
                <w:rFonts w:ascii="Times New Roman" w:hAnsi="Times New Roman" w:eastAsia="宋体"/>
                <w:b w:val="0"/>
                <w:sz w:val="21"/>
              </w:rPr>
            </w:r>
          </w:p>
        </w:tc>
        <w:tc>
          <w:tcPr>
            <w:tcW w:type="dxa" w:w="785"/>
          </w:tcPr>
          <w:p>
            <w:pPr>
              <w:spacing w:after="20" w:before="20"/>
            </w:pPr>
            <w:r/>
            <w:r>
              <w:rPr>
                <w:rFonts w:ascii="Times New Roman" w:hAnsi="Times New Roman" w:eastAsia="宋体"/>
                <w:b w:val="0"/>
                <w:sz w:val="21"/>
              </w:rPr>
            </w:r>
          </w:p>
        </w:tc>
        <w:tc>
          <w:tcPr>
            <w:tcW w:type="dxa" w:w="785"/>
          </w:tcPr>
          <w:p>
            <w:pPr>
              <w:spacing w:after="20" w:before="20"/>
            </w:pPr>
            <w:r/>
            <w:r>
              <w:rPr>
                <w:rFonts w:ascii="Times New Roman" w:hAnsi="Times New Roman" w:eastAsia="宋体"/>
                <w:b w:val="0"/>
                <w:sz w:val="21"/>
              </w:rPr>
              <w:t>84.137</w:t>
            </w:r>
          </w:p>
        </w:tc>
        <w:tc>
          <w:tcPr>
            <w:tcW w:type="dxa" w:w="785"/>
          </w:tcPr>
          <w:p>
            <w:pPr>
              <w:spacing w:after="20" w:before="20"/>
            </w:pPr>
            <w:r/>
            <w:r>
              <w:rPr>
                <w:rFonts w:ascii="Times New Roman" w:hAnsi="Times New Roman" w:eastAsia="宋体"/>
                <w:b w:val="0"/>
                <w:sz w:val="21"/>
              </w:rPr>
              <w:t>无</w:t>
            </w:r>
          </w:p>
        </w:tc>
        <w:tc>
          <w:tcPr>
            <w:tcW w:type="dxa" w:w="785"/>
          </w:tcPr>
          <w:p>
            <w:pPr>
              <w:spacing w:after="20" w:before="20"/>
            </w:pPr>
            <w:r/>
            <w:r>
              <w:rPr>
                <w:rFonts w:ascii="Times New Roman" w:hAnsi="Times New Roman" w:eastAsia="宋体"/>
                <w:b w:val="0"/>
                <w:sz w:val="21"/>
              </w:rPr>
              <w:t>4</w:t>
            </w:r>
          </w:p>
        </w:tc>
        <w:tc>
          <w:tcPr>
            <w:tcW w:type="dxa" w:w="785"/>
          </w:tcPr>
          <w:p>
            <w:pPr>
              <w:spacing w:after="20" w:before="20"/>
            </w:pPr>
            <w:r/>
            <w:r>
              <w:rPr>
                <w:rFonts w:ascii="Times New Roman" w:hAnsi="Times New Roman" w:eastAsia="宋体"/>
                <w:b w:val="0"/>
                <w:sz w:val="21"/>
              </w:rPr>
            </w:r>
          </w:p>
        </w:tc>
      </w:tr>
      <w:tr>
        <w:tc>
          <w:tcPr>
            <w:tcW w:type="dxa" w:w="785"/>
          </w:tcPr>
          <w:p>
            <w:pPr>
              <w:spacing w:after="20" w:before="20"/>
            </w:pPr>
            <w:r/>
            <w:r>
              <w:rPr>
                <w:rFonts w:ascii="Times New Roman" w:hAnsi="Times New Roman" w:eastAsia="宋体"/>
                <w:b w:val="0"/>
                <w:sz w:val="21"/>
              </w:rPr>
              <w:t>付晓飞</w:t>
            </w:r>
          </w:p>
        </w:tc>
        <w:tc>
          <w:tcPr>
            <w:tcW w:type="dxa" w:w="785"/>
          </w:tcPr>
          <w:p>
            <w:pPr>
              <w:spacing w:after="20" w:before="20"/>
            </w:pPr>
            <w:r/>
            <w:r>
              <w:rPr>
                <w:rFonts w:ascii="Times New Roman" w:hAnsi="Times New Roman" w:eastAsia="宋体"/>
                <w:b w:val="0"/>
                <w:sz w:val="21"/>
              </w:rPr>
              <w:t>202210600123</w:t>
            </w:r>
          </w:p>
        </w:tc>
        <w:tc>
          <w:tcPr>
            <w:tcW w:type="dxa" w:w="785"/>
          </w:tcPr>
          <w:p>
            <w:pPr>
              <w:spacing w:after="20" w:before="20"/>
            </w:pPr>
            <w:r/>
            <w:r>
              <w:rPr>
                <w:rFonts w:ascii="Times New Roman" w:hAnsi="Times New Roman" w:eastAsia="宋体"/>
                <w:b w:val="0"/>
                <w:sz w:val="21"/>
              </w:rPr>
              <w:t>药学</w:t>
            </w:r>
          </w:p>
        </w:tc>
        <w:tc>
          <w:tcPr>
            <w:tcW w:type="dxa" w:w="785"/>
          </w:tcPr>
          <w:p>
            <w:pPr>
              <w:spacing w:after="20" w:before="20"/>
            </w:pPr>
            <w:r/>
            <w:r>
              <w:rPr>
                <w:rFonts w:ascii="Times New Roman" w:hAnsi="Times New Roman" w:eastAsia="宋体"/>
                <w:b w:val="0"/>
                <w:sz w:val="21"/>
              </w:rPr>
              <w:t>89.429</w:t>
            </w:r>
          </w:p>
        </w:tc>
        <w:tc>
          <w:tcPr>
            <w:tcW w:type="dxa" w:w="785"/>
          </w:tcPr>
          <w:p>
            <w:pPr>
              <w:spacing w:after="20" w:before="20"/>
            </w:pPr>
            <w:r/>
            <w:r>
              <w:rPr>
                <w:rFonts w:ascii="Times New Roman" w:hAnsi="Times New Roman" w:eastAsia="宋体"/>
                <w:b w:val="0"/>
                <w:sz w:val="21"/>
              </w:rPr>
              <w:t>1</w:t>
            </w:r>
          </w:p>
        </w:tc>
        <w:tc>
          <w:tcPr>
            <w:tcW w:type="dxa" w:w="785"/>
          </w:tcPr>
          <w:p>
            <w:pPr>
              <w:spacing w:after="20" w:before="20"/>
            </w:pPr>
            <w:r/>
            <w:r>
              <w:rPr>
                <w:rFonts w:ascii="Times New Roman" w:hAnsi="Times New Roman" w:eastAsia="宋体"/>
                <w:b w:val="0"/>
                <w:sz w:val="21"/>
              </w:rPr>
              <w:t>3</w:t>
            </w:r>
          </w:p>
        </w:tc>
        <w:tc>
          <w:tcPr>
            <w:tcW w:type="dxa" w:w="785"/>
          </w:tcPr>
          <w:p>
            <w:pPr>
              <w:spacing w:after="20" w:before="20"/>
            </w:pPr>
            <w:r/>
            <w:r>
              <w:rPr>
                <w:rFonts w:ascii="Times New Roman" w:hAnsi="Times New Roman" w:eastAsia="宋体"/>
                <w:b w:val="0"/>
                <w:sz w:val="21"/>
              </w:rPr>
              <w:t>3</w:t>
            </w:r>
          </w:p>
        </w:tc>
        <w:tc>
          <w:tcPr>
            <w:tcW w:type="dxa" w:w="785"/>
          </w:tcPr>
          <w:p>
            <w:pPr>
              <w:spacing w:after="20" w:before="20"/>
            </w:pPr>
            <w:r/>
            <w:r>
              <w:rPr>
                <w:rFonts w:ascii="Times New Roman" w:hAnsi="Times New Roman" w:eastAsia="宋体"/>
                <w:b w:val="0"/>
                <w:sz w:val="21"/>
              </w:rPr>
              <w:t>92.429</w:t>
            </w:r>
          </w:p>
        </w:tc>
        <w:tc>
          <w:tcPr>
            <w:tcW w:type="dxa" w:w="785"/>
          </w:tcPr>
          <w:p>
            <w:pPr>
              <w:spacing w:after="20" w:before="20"/>
            </w:pPr>
            <w:r/>
            <w:r>
              <w:rPr>
                <w:rFonts w:ascii="Times New Roman" w:hAnsi="Times New Roman" w:eastAsia="宋体"/>
                <w:b w:val="0"/>
                <w:sz w:val="21"/>
              </w:rPr>
              <w:t>竞赛：2024年第十届全国大学生基础医学创新研究暨实验设计论坛一等奖（国家级A类）</w:t>
            </w:r>
          </w:p>
        </w:tc>
        <w:tc>
          <w:tcPr>
            <w:tcW w:type="dxa" w:w="785"/>
          </w:tcPr>
          <w:p>
            <w:pPr>
              <w:spacing w:after="20" w:before="20"/>
            </w:pPr>
            <w:r/>
            <w:r>
              <w:rPr>
                <w:rFonts w:ascii="Times New Roman" w:hAnsi="Times New Roman" w:eastAsia="宋体"/>
                <w:b w:val="0"/>
                <w:sz w:val="21"/>
              </w:rPr>
              <w:t>1</w:t>
            </w:r>
          </w:p>
        </w:tc>
        <w:tc>
          <w:tcPr>
            <w:tcW w:type="dxa" w:w="785"/>
          </w:tcPr>
          <w:p>
            <w:pPr>
              <w:spacing w:after="20" w:before="20"/>
            </w:pPr>
            <w:r/>
            <w:r>
              <w:rPr>
                <w:rFonts w:ascii="Times New Roman" w:hAnsi="Times New Roman" w:eastAsia="宋体"/>
                <w:b w:val="0"/>
                <w:sz w:val="21"/>
              </w:rPr>
              <w:t>直推</w:t>
            </w:r>
          </w:p>
        </w:tc>
      </w:tr>
      <w:tr>
        <w:tc>
          <w:tcPr>
            <w:tcW w:type="dxa" w:w="785"/>
          </w:tcPr>
          <w:p>
            <w:pPr>
              <w:spacing w:after="20" w:before="20"/>
            </w:pPr>
            <w:r/>
            <w:r>
              <w:rPr>
                <w:rFonts w:ascii="Times New Roman" w:hAnsi="Times New Roman" w:eastAsia="宋体"/>
                <w:b w:val="0"/>
                <w:sz w:val="21"/>
              </w:rPr>
              <w:t>刘思娴</w:t>
            </w:r>
          </w:p>
        </w:tc>
        <w:tc>
          <w:tcPr>
            <w:tcW w:type="dxa" w:w="785"/>
          </w:tcPr>
          <w:p>
            <w:pPr>
              <w:spacing w:after="20" w:before="20"/>
            </w:pPr>
            <w:r/>
            <w:r>
              <w:rPr>
                <w:rFonts w:ascii="Times New Roman" w:hAnsi="Times New Roman" w:eastAsia="宋体"/>
                <w:b w:val="0"/>
                <w:sz w:val="21"/>
              </w:rPr>
              <w:t>202210600102</w:t>
            </w:r>
          </w:p>
        </w:tc>
        <w:tc>
          <w:tcPr>
            <w:tcW w:type="dxa" w:w="785"/>
          </w:tcPr>
          <w:p>
            <w:pPr>
              <w:spacing w:after="20" w:before="20"/>
            </w:pPr>
            <w:r/>
            <w:r>
              <w:rPr>
                <w:rFonts w:ascii="Times New Roman" w:hAnsi="Times New Roman" w:eastAsia="宋体"/>
                <w:b w:val="0"/>
                <w:sz w:val="21"/>
              </w:rPr>
              <w:t>药学</w:t>
            </w:r>
          </w:p>
        </w:tc>
        <w:tc>
          <w:tcPr>
            <w:tcW w:type="dxa" w:w="785"/>
          </w:tcPr>
          <w:p>
            <w:pPr>
              <w:spacing w:after="20" w:before="20"/>
            </w:pPr>
            <w:r/>
            <w:r>
              <w:rPr>
                <w:rFonts w:ascii="Times New Roman" w:hAnsi="Times New Roman" w:eastAsia="宋体"/>
                <w:b w:val="0"/>
                <w:sz w:val="21"/>
              </w:rPr>
              <w:t>89.284</w:t>
            </w:r>
          </w:p>
        </w:tc>
        <w:tc>
          <w:tcPr>
            <w:tcW w:type="dxa" w:w="785"/>
          </w:tcPr>
          <w:p>
            <w:pPr>
              <w:spacing w:after="20" w:before="20"/>
            </w:pPr>
            <w:r/>
            <w:r>
              <w:rPr>
                <w:rFonts w:ascii="Times New Roman" w:hAnsi="Times New Roman" w:eastAsia="宋体"/>
                <w:b w:val="0"/>
                <w:sz w:val="21"/>
              </w:rPr>
              <w:t>2</w:t>
            </w:r>
          </w:p>
        </w:tc>
        <w:tc>
          <w:tcPr>
            <w:tcW w:type="dxa" w:w="785"/>
          </w:tcPr>
          <w:p>
            <w:pPr>
              <w:spacing w:after="20" w:before="20"/>
            </w:pPr>
            <w:r/>
            <w:r>
              <w:rPr>
                <w:rFonts w:ascii="Times New Roman" w:hAnsi="Times New Roman" w:eastAsia="宋体"/>
                <w:b w:val="0"/>
                <w:sz w:val="21"/>
              </w:rPr>
            </w:r>
          </w:p>
        </w:tc>
        <w:tc>
          <w:tcPr>
            <w:tcW w:type="dxa" w:w="785"/>
          </w:tcPr>
          <w:p>
            <w:pPr>
              <w:spacing w:after="20" w:before="20"/>
            </w:pPr>
            <w:r/>
            <w:r>
              <w:rPr>
                <w:rFonts w:ascii="Times New Roman" w:hAnsi="Times New Roman" w:eastAsia="宋体"/>
                <w:b w:val="0"/>
                <w:sz w:val="21"/>
              </w:rPr>
            </w:r>
          </w:p>
        </w:tc>
        <w:tc>
          <w:tcPr>
            <w:tcW w:type="dxa" w:w="785"/>
          </w:tcPr>
          <w:p>
            <w:pPr>
              <w:spacing w:after="20" w:before="20"/>
            </w:pPr>
            <w:r/>
            <w:r>
              <w:rPr>
                <w:rFonts w:ascii="Times New Roman" w:hAnsi="Times New Roman" w:eastAsia="宋体"/>
                <w:b w:val="0"/>
                <w:sz w:val="21"/>
              </w:rPr>
              <w:t>89.284</w:t>
            </w:r>
          </w:p>
        </w:tc>
        <w:tc>
          <w:tcPr>
            <w:tcW w:type="dxa" w:w="785"/>
          </w:tcPr>
          <w:p>
            <w:pPr>
              <w:spacing w:after="20" w:before="20"/>
            </w:pPr>
            <w:r/>
            <w:r>
              <w:rPr>
                <w:rFonts w:ascii="Times New Roman" w:hAnsi="Times New Roman" w:eastAsia="宋体"/>
                <w:b w:val="0"/>
                <w:sz w:val="21"/>
              </w:rPr>
              <w:t>无</w:t>
            </w:r>
          </w:p>
        </w:tc>
        <w:tc>
          <w:tcPr>
            <w:tcW w:type="dxa" w:w="785"/>
          </w:tcPr>
          <w:p>
            <w:pPr>
              <w:spacing w:after="20" w:before="20"/>
            </w:pPr>
            <w:r/>
            <w:r>
              <w:rPr>
                <w:rFonts w:ascii="Times New Roman" w:hAnsi="Times New Roman" w:eastAsia="宋体"/>
                <w:b w:val="0"/>
                <w:sz w:val="21"/>
              </w:rPr>
              <w:t>2</w:t>
            </w:r>
          </w:p>
        </w:tc>
        <w:tc>
          <w:tcPr>
            <w:tcW w:type="dxa" w:w="785"/>
          </w:tcPr>
          <w:p>
            <w:pPr>
              <w:spacing w:after="20" w:before="20"/>
            </w:pPr>
            <w:r/>
            <w:r>
              <w:rPr>
                <w:rFonts w:ascii="Times New Roman" w:hAnsi="Times New Roman" w:eastAsia="宋体"/>
                <w:b w:val="0"/>
                <w:sz w:val="21"/>
              </w:rPr>
            </w:r>
          </w:p>
        </w:tc>
      </w:tr>
      <w:tr>
        <w:tc>
          <w:tcPr>
            <w:tcW w:type="dxa" w:w="785"/>
          </w:tcPr>
          <w:p>
            <w:pPr>
              <w:spacing w:after="20" w:before="20"/>
            </w:pPr>
            <w:r/>
            <w:r>
              <w:rPr>
                <w:rFonts w:ascii="Times New Roman" w:hAnsi="Times New Roman" w:eastAsia="宋体"/>
                <w:b w:val="0"/>
                <w:sz w:val="21"/>
              </w:rPr>
              <w:t>郭露</w:t>
            </w:r>
          </w:p>
        </w:tc>
        <w:tc>
          <w:tcPr>
            <w:tcW w:type="dxa" w:w="785"/>
          </w:tcPr>
          <w:p>
            <w:pPr>
              <w:spacing w:after="20" w:before="20"/>
            </w:pPr>
            <w:r/>
            <w:r>
              <w:rPr>
                <w:rFonts w:ascii="Times New Roman" w:hAnsi="Times New Roman" w:eastAsia="宋体"/>
                <w:b w:val="0"/>
                <w:sz w:val="21"/>
              </w:rPr>
              <w:t>202210600142</w:t>
            </w:r>
          </w:p>
        </w:tc>
        <w:tc>
          <w:tcPr>
            <w:tcW w:type="dxa" w:w="785"/>
          </w:tcPr>
          <w:p>
            <w:pPr>
              <w:spacing w:after="20" w:before="20"/>
            </w:pPr>
            <w:r/>
            <w:r>
              <w:rPr>
                <w:rFonts w:ascii="Times New Roman" w:hAnsi="Times New Roman" w:eastAsia="宋体"/>
                <w:b w:val="0"/>
                <w:sz w:val="21"/>
              </w:rPr>
              <w:t>药学</w:t>
            </w:r>
          </w:p>
        </w:tc>
        <w:tc>
          <w:tcPr>
            <w:tcW w:type="dxa" w:w="785"/>
          </w:tcPr>
          <w:p>
            <w:pPr>
              <w:spacing w:after="20" w:before="20"/>
            </w:pPr>
            <w:r/>
            <w:r>
              <w:rPr>
                <w:rFonts w:ascii="Times New Roman" w:hAnsi="Times New Roman" w:eastAsia="宋体"/>
                <w:b w:val="0"/>
                <w:sz w:val="21"/>
              </w:rPr>
              <w:t>86.141</w:t>
            </w:r>
          </w:p>
        </w:tc>
        <w:tc>
          <w:tcPr>
            <w:tcW w:type="dxa" w:w="785"/>
          </w:tcPr>
          <w:p>
            <w:pPr>
              <w:spacing w:after="20" w:before="20"/>
            </w:pPr>
            <w:r/>
            <w:r>
              <w:rPr>
                <w:rFonts w:ascii="Times New Roman" w:hAnsi="Times New Roman" w:eastAsia="宋体"/>
                <w:b w:val="0"/>
                <w:sz w:val="21"/>
              </w:rPr>
              <w:t>5</w:t>
            </w:r>
          </w:p>
        </w:tc>
        <w:tc>
          <w:tcPr>
            <w:tcW w:type="dxa" w:w="785"/>
          </w:tcPr>
          <w:p>
            <w:pPr>
              <w:spacing w:after="20" w:before="20"/>
            </w:pPr>
            <w:r/>
            <w:r>
              <w:rPr>
                <w:rFonts w:ascii="Times New Roman" w:hAnsi="Times New Roman" w:eastAsia="宋体"/>
                <w:b w:val="0"/>
                <w:sz w:val="21"/>
              </w:rPr>
              <w:t>3</w:t>
            </w:r>
          </w:p>
        </w:tc>
        <w:tc>
          <w:tcPr>
            <w:tcW w:type="dxa" w:w="785"/>
          </w:tcPr>
          <w:p>
            <w:pPr>
              <w:spacing w:after="20" w:before="20"/>
            </w:pPr>
            <w:r/>
            <w:r>
              <w:rPr>
                <w:rFonts w:ascii="Times New Roman" w:hAnsi="Times New Roman" w:eastAsia="宋体"/>
                <w:b w:val="0"/>
                <w:sz w:val="21"/>
              </w:rPr>
              <w:t>3</w:t>
            </w:r>
          </w:p>
        </w:tc>
        <w:tc>
          <w:tcPr>
            <w:tcW w:type="dxa" w:w="785"/>
          </w:tcPr>
          <w:p>
            <w:pPr>
              <w:spacing w:after="20" w:before="20"/>
            </w:pPr>
            <w:r/>
            <w:r>
              <w:rPr>
                <w:rFonts w:ascii="Times New Roman" w:hAnsi="Times New Roman" w:eastAsia="宋体"/>
                <w:b w:val="0"/>
                <w:sz w:val="21"/>
              </w:rPr>
              <w:t>89.141</w:t>
            </w:r>
          </w:p>
        </w:tc>
        <w:tc>
          <w:tcPr>
            <w:tcW w:type="dxa" w:w="785"/>
          </w:tcPr>
          <w:p>
            <w:pPr>
              <w:spacing w:after="20" w:before="20"/>
            </w:pPr>
            <w:r/>
            <w:r>
              <w:rPr>
                <w:rFonts w:ascii="Times New Roman" w:hAnsi="Times New Roman" w:eastAsia="宋体"/>
                <w:b w:val="0"/>
                <w:sz w:val="21"/>
              </w:rPr>
              <w:t>竞赛：2024年第十届全国大学生基础医学创新研究暨实验设计论坛总决赛一等奖（国家级A类）</w:t>
            </w:r>
          </w:p>
        </w:tc>
        <w:tc>
          <w:tcPr>
            <w:tcW w:type="dxa" w:w="785"/>
          </w:tcPr>
          <w:p>
            <w:pPr>
              <w:spacing w:after="20" w:before="20"/>
            </w:pPr>
            <w:r/>
            <w:r>
              <w:rPr>
                <w:rFonts w:ascii="Times New Roman" w:hAnsi="Times New Roman" w:eastAsia="宋体"/>
                <w:b w:val="0"/>
                <w:sz w:val="21"/>
              </w:rPr>
              <w:t>3</w:t>
            </w:r>
          </w:p>
        </w:tc>
        <w:tc>
          <w:tcPr>
            <w:tcW w:type="dxa" w:w="785"/>
          </w:tcPr>
          <w:p>
            <w:pPr>
              <w:spacing w:after="20" w:before="20"/>
            </w:pPr>
            <w:r/>
            <w:r>
              <w:rPr>
                <w:rFonts w:ascii="Times New Roman" w:hAnsi="Times New Roman" w:eastAsia="宋体"/>
                <w:b w:val="0"/>
                <w:sz w:val="21"/>
              </w:rPr>
            </w:r>
          </w:p>
        </w:tc>
      </w:tr>
      <w:tr>
        <w:tc>
          <w:tcPr>
            <w:tcW w:type="dxa" w:w="785"/>
          </w:tcPr>
          <w:p>
            <w:pPr>
              <w:spacing w:after="20" w:before="20"/>
            </w:pPr>
            <w:r/>
            <w:r>
              <w:rPr>
                <w:rFonts w:ascii="Times New Roman" w:hAnsi="Times New Roman" w:eastAsia="宋体"/>
                <w:b w:val="0"/>
                <w:sz w:val="21"/>
              </w:rPr>
              <w:t>皮俊文</w:t>
            </w:r>
          </w:p>
        </w:tc>
        <w:tc>
          <w:tcPr>
            <w:tcW w:type="dxa" w:w="785"/>
          </w:tcPr>
          <w:p>
            <w:pPr>
              <w:spacing w:after="20" w:before="20"/>
            </w:pPr>
            <w:r/>
            <w:r>
              <w:rPr>
                <w:rFonts w:ascii="Times New Roman" w:hAnsi="Times New Roman" w:eastAsia="宋体"/>
                <w:b w:val="0"/>
                <w:sz w:val="21"/>
              </w:rPr>
              <w:t>202210040634</w:t>
            </w:r>
          </w:p>
        </w:tc>
        <w:tc>
          <w:tcPr>
            <w:tcW w:type="dxa" w:w="785"/>
          </w:tcPr>
          <w:p>
            <w:pPr>
              <w:spacing w:after="20" w:before="20"/>
            </w:pPr>
            <w:r/>
            <w:r>
              <w:rPr>
                <w:rFonts w:ascii="Times New Roman" w:hAnsi="Times New Roman" w:eastAsia="宋体"/>
                <w:b w:val="0"/>
                <w:sz w:val="21"/>
              </w:rPr>
              <w:t>药学</w:t>
            </w:r>
          </w:p>
        </w:tc>
        <w:tc>
          <w:tcPr>
            <w:tcW w:type="dxa" w:w="785"/>
          </w:tcPr>
          <w:p>
            <w:pPr>
              <w:spacing w:after="20" w:before="20"/>
            </w:pPr>
            <w:r/>
            <w:r>
              <w:rPr>
                <w:rFonts w:ascii="Times New Roman" w:hAnsi="Times New Roman" w:eastAsia="宋体"/>
                <w:b w:val="0"/>
                <w:sz w:val="21"/>
              </w:rPr>
              <w:t>84.916</w:t>
            </w:r>
          </w:p>
        </w:tc>
        <w:tc>
          <w:tcPr>
            <w:tcW w:type="dxa" w:w="785"/>
          </w:tcPr>
          <w:p>
            <w:pPr>
              <w:spacing w:after="20" w:before="20"/>
            </w:pPr>
            <w:r/>
            <w:r>
              <w:rPr>
                <w:rFonts w:ascii="Times New Roman" w:hAnsi="Times New Roman" w:eastAsia="宋体"/>
                <w:b w:val="0"/>
                <w:sz w:val="21"/>
              </w:rPr>
              <w:t>9</w:t>
            </w:r>
          </w:p>
        </w:tc>
        <w:tc>
          <w:tcPr>
            <w:tcW w:type="dxa" w:w="785"/>
          </w:tcPr>
          <w:p>
            <w:pPr>
              <w:spacing w:after="20" w:before="20"/>
            </w:pPr>
            <w:r/>
            <w:r>
              <w:rPr>
                <w:rFonts w:ascii="Times New Roman" w:hAnsi="Times New Roman" w:eastAsia="宋体"/>
                <w:b w:val="0"/>
                <w:sz w:val="21"/>
              </w:rPr>
            </w:r>
          </w:p>
        </w:tc>
        <w:tc>
          <w:tcPr>
            <w:tcW w:type="dxa" w:w="785"/>
          </w:tcPr>
          <w:p>
            <w:pPr>
              <w:spacing w:after="20" w:before="20"/>
            </w:pPr>
            <w:r/>
            <w:r>
              <w:rPr>
                <w:rFonts w:ascii="Times New Roman" w:hAnsi="Times New Roman" w:eastAsia="宋体"/>
                <w:b w:val="0"/>
                <w:sz w:val="21"/>
              </w:rPr>
            </w:r>
          </w:p>
        </w:tc>
        <w:tc>
          <w:tcPr>
            <w:tcW w:type="dxa" w:w="785"/>
          </w:tcPr>
          <w:p>
            <w:pPr>
              <w:spacing w:after="20" w:before="20"/>
            </w:pPr>
            <w:r/>
            <w:r>
              <w:rPr>
                <w:rFonts w:ascii="Times New Roman" w:hAnsi="Times New Roman" w:eastAsia="宋体"/>
                <w:b w:val="0"/>
                <w:sz w:val="21"/>
              </w:rPr>
              <w:t>84.916</w:t>
            </w:r>
          </w:p>
        </w:tc>
        <w:tc>
          <w:tcPr>
            <w:tcW w:type="dxa" w:w="785"/>
          </w:tcPr>
          <w:p>
            <w:pPr>
              <w:spacing w:after="20" w:before="20"/>
            </w:pPr>
            <w:r/>
            <w:r>
              <w:rPr>
                <w:rFonts w:ascii="Times New Roman" w:hAnsi="Times New Roman" w:eastAsia="宋体"/>
                <w:b w:val="0"/>
                <w:sz w:val="21"/>
              </w:rPr>
              <w:t>无</w:t>
            </w:r>
          </w:p>
        </w:tc>
        <w:tc>
          <w:tcPr>
            <w:tcW w:type="dxa" w:w="785"/>
          </w:tcPr>
          <w:p>
            <w:pPr>
              <w:spacing w:after="20" w:before="20"/>
            </w:pPr>
            <w:r/>
            <w:r>
              <w:rPr>
                <w:rFonts w:ascii="Times New Roman" w:hAnsi="Times New Roman" w:eastAsia="宋体"/>
                <w:b w:val="0"/>
                <w:sz w:val="21"/>
              </w:rPr>
              <w:t>4</w:t>
            </w:r>
          </w:p>
        </w:tc>
        <w:tc>
          <w:tcPr>
            <w:tcW w:type="dxa" w:w="785"/>
          </w:tcPr>
          <w:p>
            <w:pPr>
              <w:spacing w:after="20" w:before="20"/>
            </w:pPr>
            <w:r/>
            <w:r>
              <w:rPr>
                <w:rFonts w:ascii="Times New Roman" w:hAnsi="Times New Roman" w:eastAsia="宋体"/>
                <w:b w:val="0"/>
                <w:sz w:val="21"/>
              </w:rPr>
            </w:r>
          </w:p>
        </w:tc>
      </w:tr>
      <w:tr>
        <w:tc>
          <w:tcPr>
            <w:tcW w:type="dxa" w:w="785"/>
          </w:tcPr>
          <w:p>
            <w:pPr>
              <w:spacing w:after="20" w:before="20"/>
            </w:pPr>
            <w:r/>
            <w:r>
              <w:rPr>
                <w:rFonts w:ascii="Times New Roman" w:hAnsi="Times New Roman" w:eastAsia="宋体"/>
                <w:b w:val="0"/>
                <w:sz w:val="21"/>
              </w:rPr>
              <w:t>和剑妹</w:t>
            </w:r>
          </w:p>
        </w:tc>
        <w:tc>
          <w:tcPr>
            <w:tcW w:type="dxa" w:w="785"/>
          </w:tcPr>
          <w:p>
            <w:pPr>
              <w:spacing w:after="20" w:before="20"/>
            </w:pPr>
            <w:r/>
            <w:r>
              <w:rPr>
                <w:rFonts w:ascii="Times New Roman" w:hAnsi="Times New Roman" w:eastAsia="宋体"/>
                <w:b w:val="0"/>
                <w:sz w:val="21"/>
              </w:rPr>
              <w:t>202110780131</w:t>
            </w:r>
          </w:p>
        </w:tc>
        <w:tc>
          <w:tcPr>
            <w:tcW w:type="dxa" w:w="785"/>
          </w:tcPr>
          <w:p>
            <w:pPr>
              <w:spacing w:after="20" w:before="20"/>
            </w:pPr>
            <w:r/>
            <w:r>
              <w:rPr>
                <w:rFonts w:ascii="Times New Roman" w:hAnsi="Times New Roman" w:eastAsia="宋体"/>
                <w:b w:val="0"/>
                <w:sz w:val="21"/>
              </w:rPr>
              <w:t>预防医学</w:t>
            </w:r>
          </w:p>
        </w:tc>
        <w:tc>
          <w:tcPr>
            <w:tcW w:type="dxa" w:w="785"/>
          </w:tcPr>
          <w:p>
            <w:pPr>
              <w:spacing w:after="20" w:before="20"/>
            </w:pPr>
            <w:r/>
            <w:r>
              <w:rPr>
                <w:rFonts w:ascii="Times New Roman" w:hAnsi="Times New Roman" w:eastAsia="宋体"/>
                <w:b w:val="0"/>
                <w:sz w:val="21"/>
              </w:rPr>
              <w:t>86.441</w:t>
            </w:r>
          </w:p>
        </w:tc>
        <w:tc>
          <w:tcPr>
            <w:tcW w:type="dxa" w:w="785"/>
          </w:tcPr>
          <w:p>
            <w:pPr>
              <w:spacing w:after="20" w:before="20"/>
            </w:pPr>
            <w:r/>
            <w:r>
              <w:rPr>
                <w:rFonts w:ascii="Times New Roman" w:hAnsi="Times New Roman" w:eastAsia="宋体"/>
                <w:b w:val="0"/>
                <w:sz w:val="21"/>
              </w:rPr>
              <w:t>1</w:t>
            </w:r>
          </w:p>
        </w:tc>
        <w:tc>
          <w:tcPr>
            <w:tcW w:type="dxa" w:w="785"/>
          </w:tcPr>
          <w:p>
            <w:pPr>
              <w:spacing w:after="20" w:before="20"/>
            </w:pPr>
            <w:r/>
            <w:r>
              <w:rPr>
                <w:rFonts w:ascii="Times New Roman" w:hAnsi="Times New Roman" w:eastAsia="宋体"/>
                <w:b w:val="0"/>
                <w:sz w:val="21"/>
              </w:rPr>
              <w:t>2</w:t>
            </w:r>
          </w:p>
        </w:tc>
        <w:tc>
          <w:tcPr>
            <w:tcW w:type="dxa" w:w="785"/>
          </w:tcPr>
          <w:p>
            <w:pPr>
              <w:spacing w:after="20" w:before="20"/>
            </w:pPr>
            <w:r/>
            <w:r>
              <w:rPr>
                <w:rFonts w:ascii="Times New Roman" w:hAnsi="Times New Roman" w:eastAsia="宋体"/>
                <w:b w:val="0"/>
                <w:sz w:val="21"/>
              </w:rPr>
              <w:t>2</w:t>
            </w:r>
          </w:p>
        </w:tc>
        <w:tc>
          <w:tcPr>
            <w:tcW w:type="dxa" w:w="785"/>
          </w:tcPr>
          <w:p>
            <w:pPr>
              <w:spacing w:after="20" w:before="20"/>
            </w:pPr>
            <w:r/>
            <w:r>
              <w:rPr>
                <w:rFonts w:ascii="Times New Roman" w:hAnsi="Times New Roman" w:eastAsia="宋体"/>
                <w:b w:val="0"/>
                <w:sz w:val="21"/>
              </w:rPr>
              <w:t>88.441</w:t>
            </w:r>
          </w:p>
        </w:tc>
        <w:tc>
          <w:tcPr>
            <w:tcW w:type="dxa" w:w="785"/>
          </w:tcPr>
          <w:p>
            <w:pPr>
              <w:spacing w:after="20" w:before="20"/>
            </w:pPr>
            <w:r/>
            <w:r>
              <w:rPr>
                <w:rFonts w:ascii="Times New Roman" w:hAnsi="Times New Roman" w:eastAsia="宋体"/>
                <w:b w:val="0"/>
                <w:sz w:val="21"/>
              </w:rPr>
              <w:t>竞赛：2024年全国大学生健康科普大赛二等奖（国家级B类）</w:t>
            </w:r>
          </w:p>
        </w:tc>
        <w:tc>
          <w:tcPr>
            <w:tcW w:type="dxa" w:w="785"/>
          </w:tcPr>
          <w:p>
            <w:pPr>
              <w:spacing w:after="20" w:before="20"/>
            </w:pPr>
            <w:r/>
            <w:r>
              <w:rPr>
                <w:rFonts w:ascii="Times New Roman" w:hAnsi="Times New Roman" w:eastAsia="宋体"/>
                <w:b w:val="0"/>
                <w:sz w:val="21"/>
              </w:rPr>
              <w:t>1</w:t>
            </w:r>
          </w:p>
        </w:tc>
        <w:tc>
          <w:tcPr>
            <w:tcW w:type="dxa" w:w="785"/>
          </w:tcPr>
          <w:p>
            <w:pPr>
              <w:spacing w:after="20" w:before="20"/>
            </w:pPr>
            <w:r/>
            <w:r>
              <w:rPr>
                <w:rFonts w:ascii="Times New Roman" w:hAnsi="Times New Roman" w:eastAsia="宋体"/>
                <w:b w:val="0"/>
                <w:sz w:val="21"/>
              </w:rPr>
              <w:t>直推</w:t>
            </w:r>
          </w:p>
        </w:tc>
      </w:tr>
      <w:tr>
        <w:tc>
          <w:tcPr>
            <w:tcW w:type="dxa" w:w="785"/>
          </w:tcPr>
          <w:p>
            <w:pPr>
              <w:spacing w:after="20" w:before="20"/>
            </w:pPr>
            <w:r/>
            <w:r>
              <w:rPr>
                <w:rFonts w:ascii="Times New Roman" w:hAnsi="Times New Roman" w:eastAsia="宋体"/>
                <w:b w:val="0"/>
                <w:sz w:val="21"/>
              </w:rPr>
              <w:t>吴道云</w:t>
            </w:r>
          </w:p>
        </w:tc>
        <w:tc>
          <w:tcPr>
            <w:tcW w:type="dxa" w:w="785"/>
          </w:tcPr>
          <w:p>
            <w:pPr>
              <w:spacing w:after="20" w:before="20"/>
            </w:pPr>
            <w:r/>
            <w:r>
              <w:rPr>
                <w:rFonts w:ascii="Times New Roman" w:hAnsi="Times New Roman" w:eastAsia="宋体"/>
                <w:b w:val="0"/>
                <w:sz w:val="21"/>
              </w:rPr>
              <w:t>202110780124</w:t>
            </w:r>
          </w:p>
        </w:tc>
        <w:tc>
          <w:tcPr>
            <w:tcW w:type="dxa" w:w="785"/>
          </w:tcPr>
          <w:p>
            <w:pPr>
              <w:spacing w:after="20" w:before="20"/>
            </w:pPr>
            <w:r/>
            <w:r>
              <w:rPr>
                <w:rFonts w:ascii="Times New Roman" w:hAnsi="Times New Roman" w:eastAsia="宋体"/>
                <w:b w:val="0"/>
                <w:sz w:val="21"/>
              </w:rPr>
              <w:t>预防医学</w:t>
            </w:r>
          </w:p>
        </w:tc>
        <w:tc>
          <w:tcPr>
            <w:tcW w:type="dxa" w:w="785"/>
          </w:tcPr>
          <w:p>
            <w:pPr>
              <w:spacing w:after="20" w:before="20"/>
            </w:pPr>
            <w:r/>
            <w:r>
              <w:rPr>
                <w:rFonts w:ascii="Times New Roman" w:hAnsi="Times New Roman" w:eastAsia="宋体"/>
                <w:b w:val="0"/>
                <w:sz w:val="21"/>
              </w:rPr>
              <w:t>84.95</w:t>
            </w:r>
          </w:p>
        </w:tc>
        <w:tc>
          <w:tcPr>
            <w:tcW w:type="dxa" w:w="785"/>
          </w:tcPr>
          <w:p>
            <w:pPr>
              <w:spacing w:after="20" w:before="20"/>
            </w:pPr>
            <w:r/>
            <w:r>
              <w:rPr>
                <w:rFonts w:ascii="Times New Roman" w:hAnsi="Times New Roman" w:eastAsia="宋体"/>
                <w:b w:val="0"/>
                <w:sz w:val="21"/>
              </w:rPr>
              <w:t>2</w:t>
            </w:r>
          </w:p>
        </w:tc>
        <w:tc>
          <w:tcPr>
            <w:tcW w:type="dxa" w:w="785"/>
          </w:tcPr>
          <w:p>
            <w:pPr>
              <w:spacing w:after="20" w:before="20"/>
            </w:pPr>
            <w:r/>
            <w:r>
              <w:rPr>
                <w:rFonts w:ascii="Times New Roman" w:hAnsi="Times New Roman" w:eastAsia="宋体"/>
                <w:b w:val="0"/>
                <w:sz w:val="21"/>
              </w:rPr>
              <w:t>2</w:t>
            </w:r>
          </w:p>
        </w:tc>
        <w:tc>
          <w:tcPr>
            <w:tcW w:type="dxa" w:w="785"/>
          </w:tcPr>
          <w:p>
            <w:pPr>
              <w:spacing w:after="20" w:before="20"/>
            </w:pPr>
            <w:r/>
            <w:r>
              <w:rPr>
                <w:rFonts w:ascii="Times New Roman" w:hAnsi="Times New Roman" w:eastAsia="宋体"/>
                <w:b w:val="0"/>
                <w:sz w:val="21"/>
              </w:rPr>
              <w:t>2</w:t>
            </w:r>
          </w:p>
        </w:tc>
        <w:tc>
          <w:tcPr>
            <w:tcW w:type="dxa" w:w="785"/>
          </w:tcPr>
          <w:p>
            <w:pPr>
              <w:spacing w:after="20" w:before="20"/>
            </w:pPr>
            <w:r/>
            <w:r>
              <w:rPr>
                <w:rFonts w:ascii="Times New Roman" w:hAnsi="Times New Roman" w:eastAsia="宋体"/>
                <w:b w:val="0"/>
                <w:sz w:val="21"/>
              </w:rPr>
              <w:t>86.95</w:t>
            </w:r>
          </w:p>
        </w:tc>
        <w:tc>
          <w:tcPr>
            <w:tcW w:type="dxa" w:w="785"/>
          </w:tcPr>
          <w:p>
            <w:pPr>
              <w:spacing w:after="20" w:before="20"/>
            </w:pPr>
            <w:r/>
            <w:r>
              <w:rPr>
                <w:rFonts w:ascii="Times New Roman" w:hAnsi="Times New Roman" w:eastAsia="宋体"/>
                <w:b w:val="0"/>
                <w:sz w:val="21"/>
              </w:rPr>
              <w:t>竞赛：2024年全国大学生健康科普大赛二等奖（国家级B类）</w:t>
            </w:r>
          </w:p>
        </w:tc>
        <w:tc>
          <w:tcPr>
            <w:tcW w:type="dxa" w:w="785"/>
          </w:tcPr>
          <w:p>
            <w:pPr>
              <w:spacing w:after="20" w:before="20"/>
            </w:pPr>
            <w:r/>
            <w:r>
              <w:rPr>
                <w:rFonts w:ascii="Times New Roman" w:hAnsi="Times New Roman" w:eastAsia="宋体"/>
                <w:b w:val="0"/>
                <w:sz w:val="21"/>
              </w:rPr>
              <w:t>2</w:t>
            </w:r>
          </w:p>
        </w:tc>
        <w:tc>
          <w:tcPr>
            <w:tcW w:type="dxa" w:w="785"/>
          </w:tcPr>
          <w:p>
            <w:pPr>
              <w:spacing w:after="20" w:before="20"/>
            </w:pPr>
            <w:r/>
            <w:r>
              <w:rPr>
                <w:rFonts w:ascii="Times New Roman" w:hAnsi="Times New Roman" w:eastAsia="宋体"/>
                <w:b w:val="0"/>
                <w:sz w:val="21"/>
              </w:rPr>
            </w:r>
          </w:p>
        </w:tc>
      </w:tr>
      <w:tr>
        <w:tc>
          <w:tcPr>
            <w:tcW w:type="dxa" w:w="785"/>
          </w:tcPr>
          <w:p>
            <w:pPr>
              <w:spacing w:after="20" w:before="20"/>
            </w:pPr>
            <w:r/>
            <w:r>
              <w:rPr>
                <w:rFonts w:ascii="Times New Roman" w:hAnsi="Times New Roman" w:eastAsia="宋体"/>
                <w:b w:val="0"/>
                <w:sz w:val="21"/>
              </w:rPr>
              <w:t>李丽姣</w:t>
            </w:r>
          </w:p>
        </w:tc>
        <w:tc>
          <w:tcPr>
            <w:tcW w:type="dxa" w:w="785"/>
          </w:tcPr>
          <w:p>
            <w:pPr>
              <w:spacing w:after="20" w:before="20"/>
            </w:pPr>
            <w:r/>
            <w:r>
              <w:rPr>
                <w:rFonts w:ascii="Times New Roman" w:hAnsi="Times New Roman" w:eastAsia="宋体"/>
                <w:b w:val="0"/>
                <w:sz w:val="21"/>
              </w:rPr>
              <w:t>202110300133</w:t>
            </w:r>
          </w:p>
        </w:tc>
        <w:tc>
          <w:tcPr>
            <w:tcW w:type="dxa" w:w="785"/>
          </w:tcPr>
          <w:p>
            <w:pPr>
              <w:spacing w:after="20" w:before="20"/>
            </w:pPr>
            <w:r/>
            <w:r>
              <w:rPr>
                <w:rFonts w:ascii="Times New Roman" w:hAnsi="Times New Roman" w:eastAsia="宋体"/>
                <w:b w:val="0"/>
                <w:sz w:val="21"/>
              </w:rPr>
              <w:t>中医学</w:t>
            </w:r>
          </w:p>
        </w:tc>
        <w:tc>
          <w:tcPr>
            <w:tcW w:type="dxa" w:w="785"/>
          </w:tcPr>
          <w:p>
            <w:pPr>
              <w:spacing w:after="20" w:before="20"/>
            </w:pPr>
            <w:r/>
            <w:r>
              <w:rPr>
                <w:rFonts w:ascii="Times New Roman" w:hAnsi="Times New Roman" w:eastAsia="宋体"/>
                <w:b w:val="0"/>
                <w:sz w:val="21"/>
              </w:rPr>
              <w:t>87.512</w:t>
            </w:r>
          </w:p>
        </w:tc>
        <w:tc>
          <w:tcPr>
            <w:tcW w:type="dxa" w:w="785"/>
          </w:tcPr>
          <w:p>
            <w:pPr>
              <w:spacing w:after="20" w:before="20"/>
            </w:pPr>
            <w:r/>
            <w:r>
              <w:rPr>
                <w:rFonts w:ascii="Times New Roman" w:hAnsi="Times New Roman" w:eastAsia="宋体"/>
                <w:b w:val="0"/>
                <w:sz w:val="21"/>
              </w:rPr>
              <w:t>1</w:t>
            </w:r>
          </w:p>
        </w:tc>
        <w:tc>
          <w:tcPr>
            <w:tcW w:type="dxa" w:w="785"/>
          </w:tcPr>
          <w:p>
            <w:pPr>
              <w:spacing w:after="20" w:before="20"/>
            </w:pPr>
            <w:r/>
            <w:r>
              <w:rPr>
                <w:rFonts w:ascii="Times New Roman" w:hAnsi="Times New Roman" w:eastAsia="宋体"/>
                <w:b w:val="0"/>
                <w:sz w:val="21"/>
              </w:rPr>
            </w:r>
          </w:p>
        </w:tc>
        <w:tc>
          <w:tcPr>
            <w:tcW w:type="dxa" w:w="785"/>
          </w:tcPr>
          <w:p>
            <w:pPr>
              <w:spacing w:after="20" w:before="20"/>
            </w:pPr>
            <w:r/>
            <w:r>
              <w:rPr>
                <w:rFonts w:ascii="Times New Roman" w:hAnsi="Times New Roman" w:eastAsia="宋体"/>
                <w:b w:val="0"/>
                <w:sz w:val="21"/>
              </w:rPr>
            </w:r>
          </w:p>
        </w:tc>
        <w:tc>
          <w:tcPr>
            <w:tcW w:type="dxa" w:w="785"/>
          </w:tcPr>
          <w:p>
            <w:pPr>
              <w:spacing w:after="20" w:before="20"/>
            </w:pPr>
            <w:r/>
            <w:r>
              <w:rPr>
                <w:rFonts w:ascii="Times New Roman" w:hAnsi="Times New Roman" w:eastAsia="宋体"/>
                <w:b w:val="0"/>
                <w:sz w:val="21"/>
              </w:rPr>
              <w:t>87.512</w:t>
            </w:r>
          </w:p>
        </w:tc>
        <w:tc>
          <w:tcPr>
            <w:tcW w:type="dxa" w:w="785"/>
          </w:tcPr>
          <w:p>
            <w:pPr>
              <w:spacing w:after="20" w:before="20"/>
            </w:pPr>
            <w:r/>
            <w:r>
              <w:rPr>
                <w:rFonts w:ascii="Times New Roman" w:hAnsi="Times New Roman" w:eastAsia="宋体"/>
                <w:b w:val="0"/>
                <w:sz w:val="21"/>
              </w:rPr>
              <w:t>无</w:t>
            </w:r>
          </w:p>
        </w:tc>
        <w:tc>
          <w:tcPr>
            <w:tcW w:type="dxa" w:w="785"/>
          </w:tcPr>
          <w:p>
            <w:pPr>
              <w:spacing w:after="20" w:before="20"/>
            </w:pPr>
            <w:r/>
            <w:r>
              <w:rPr>
                <w:rFonts w:ascii="Times New Roman" w:hAnsi="Times New Roman" w:eastAsia="宋体"/>
                <w:b w:val="0"/>
                <w:sz w:val="21"/>
              </w:rPr>
              <w:t>1</w:t>
            </w:r>
          </w:p>
        </w:tc>
        <w:tc>
          <w:tcPr>
            <w:tcW w:type="dxa" w:w="785"/>
          </w:tcPr>
          <w:p>
            <w:pPr>
              <w:spacing w:after="20" w:before="20"/>
            </w:pPr>
            <w:r/>
            <w:r>
              <w:rPr>
                <w:rFonts w:ascii="Times New Roman" w:hAnsi="Times New Roman" w:eastAsia="宋体"/>
                <w:b w:val="0"/>
                <w:sz w:val="21"/>
              </w:rPr>
              <w:t>直推</w:t>
            </w:r>
          </w:p>
        </w:tc>
      </w:tr>
      <w:tr>
        <w:tc>
          <w:tcPr>
            <w:tcW w:type="dxa" w:w="785"/>
          </w:tcPr>
          <w:p>
            <w:pPr>
              <w:spacing w:after="20" w:before="20"/>
            </w:pPr>
            <w:r/>
            <w:r>
              <w:rPr>
                <w:rFonts w:ascii="Times New Roman" w:hAnsi="Times New Roman" w:eastAsia="宋体"/>
                <w:b w:val="0"/>
                <w:sz w:val="21"/>
              </w:rPr>
              <w:t>谢地</w:t>
            </w:r>
          </w:p>
        </w:tc>
        <w:tc>
          <w:tcPr>
            <w:tcW w:type="dxa" w:w="785"/>
          </w:tcPr>
          <w:p>
            <w:pPr>
              <w:spacing w:after="20" w:before="20"/>
            </w:pPr>
            <w:r/>
            <w:r>
              <w:rPr>
                <w:rFonts w:ascii="Times New Roman" w:hAnsi="Times New Roman" w:eastAsia="宋体"/>
                <w:b w:val="0"/>
                <w:sz w:val="21"/>
              </w:rPr>
              <w:t>202110400127</w:t>
            </w:r>
          </w:p>
        </w:tc>
        <w:tc>
          <w:tcPr>
            <w:tcW w:type="dxa" w:w="785"/>
          </w:tcPr>
          <w:p>
            <w:pPr>
              <w:spacing w:after="20" w:before="20"/>
            </w:pPr>
            <w:r/>
            <w:r>
              <w:rPr>
                <w:rFonts w:ascii="Times New Roman" w:hAnsi="Times New Roman" w:eastAsia="宋体"/>
                <w:b w:val="0"/>
                <w:sz w:val="21"/>
              </w:rPr>
              <w:t>中医学</w:t>
            </w:r>
          </w:p>
        </w:tc>
        <w:tc>
          <w:tcPr>
            <w:tcW w:type="dxa" w:w="785"/>
          </w:tcPr>
          <w:p>
            <w:pPr>
              <w:spacing w:after="20" w:before="20"/>
            </w:pPr>
            <w:r/>
            <w:r>
              <w:rPr>
                <w:rFonts w:ascii="Times New Roman" w:hAnsi="Times New Roman" w:eastAsia="宋体"/>
                <w:b w:val="0"/>
                <w:sz w:val="21"/>
              </w:rPr>
              <w:t>86.847</w:t>
            </w:r>
          </w:p>
        </w:tc>
        <w:tc>
          <w:tcPr>
            <w:tcW w:type="dxa" w:w="785"/>
          </w:tcPr>
          <w:p>
            <w:pPr>
              <w:spacing w:after="20" w:before="20"/>
            </w:pPr>
            <w:r/>
            <w:r>
              <w:rPr>
                <w:rFonts w:ascii="Times New Roman" w:hAnsi="Times New Roman" w:eastAsia="宋体"/>
                <w:b w:val="0"/>
                <w:sz w:val="21"/>
              </w:rPr>
              <w:t>3</w:t>
            </w:r>
          </w:p>
        </w:tc>
        <w:tc>
          <w:tcPr>
            <w:tcW w:type="dxa" w:w="785"/>
          </w:tcPr>
          <w:p>
            <w:pPr>
              <w:spacing w:after="20" w:before="20"/>
            </w:pPr>
            <w:r/>
            <w:r>
              <w:rPr>
                <w:rFonts w:ascii="Times New Roman" w:hAnsi="Times New Roman" w:eastAsia="宋体"/>
                <w:b w:val="0"/>
                <w:sz w:val="21"/>
              </w:rPr>
            </w:r>
          </w:p>
        </w:tc>
        <w:tc>
          <w:tcPr>
            <w:tcW w:type="dxa" w:w="785"/>
          </w:tcPr>
          <w:p>
            <w:pPr>
              <w:spacing w:after="20" w:before="20"/>
            </w:pPr>
            <w:r/>
            <w:r>
              <w:rPr>
                <w:rFonts w:ascii="Times New Roman" w:hAnsi="Times New Roman" w:eastAsia="宋体"/>
                <w:b w:val="0"/>
                <w:sz w:val="21"/>
              </w:rPr>
            </w:r>
          </w:p>
        </w:tc>
        <w:tc>
          <w:tcPr>
            <w:tcW w:type="dxa" w:w="785"/>
          </w:tcPr>
          <w:p>
            <w:pPr>
              <w:spacing w:after="20" w:before="20"/>
            </w:pPr>
            <w:r/>
            <w:r>
              <w:rPr>
                <w:rFonts w:ascii="Times New Roman" w:hAnsi="Times New Roman" w:eastAsia="宋体"/>
                <w:b w:val="0"/>
                <w:sz w:val="21"/>
              </w:rPr>
              <w:t>86.847</w:t>
            </w:r>
          </w:p>
        </w:tc>
        <w:tc>
          <w:tcPr>
            <w:tcW w:type="dxa" w:w="785"/>
          </w:tcPr>
          <w:p>
            <w:pPr>
              <w:spacing w:after="20" w:before="20"/>
            </w:pPr>
            <w:r/>
            <w:r>
              <w:rPr>
                <w:rFonts w:ascii="Times New Roman" w:hAnsi="Times New Roman" w:eastAsia="宋体"/>
                <w:b w:val="0"/>
                <w:sz w:val="21"/>
              </w:rPr>
              <w:t>无</w:t>
            </w:r>
          </w:p>
        </w:tc>
        <w:tc>
          <w:tcPr>
            <w:tcW w:type="dxa" w:w="785"/>
          </w:tcPr>
          <w:p>
            <w:pPr>
              <w:spacing w:after="20" w:before="20"/>
            </w:pPr>
            <w:r/>
            <w:r>
              <w:rPr>
                <w:rFonts w:ascii="Times New Roman" w:hAnsi="Times New Roman" w:eastAsia="宋体"/>
                <w:b w:val="0"/>
                <w:sz w:val="21"/>
              </w:rPr>
              <w:t>2</w:t>
            </w:r>
          </w:p>
        </w:tc>
        <w:tc>
          <w:tcPr>
            <w:tcW w:type="dxa" w:w="785"/>
          </w:tcPr>
          <w:p>
            <w:pPr>
              <w:spacing w:after="20" w:before="20"/>
            </w:pPr>
            <w:r/>
            <w:r>
              <w:rPr>
                <w:rFonts w:ascii="Times New Roman" w:hAnsi="Times New Roman" w:eastAsia="宋体"/>
                <w:b w:val="0"/>
                <w:sz w:val="21"/>
              </w:rPr>
            </w:r>
          </w:p>
        </w:tc>
      </w:tr>
      <w:tr>
        <w:tc>
          <w:tcPr>
            <w:tcW w:type="dxa" w:w="785"/>
          </w:tcPr>
          <w:p>
            <w:pPr>
              <w:spacing w:after="20" w:before="20"/>
            </w:pPr>
            <w:r/>
            <w:r>
              <w:rPr>
                <w:rFonts w:ascii="Times New Roman" w:hAnsi="Times New Roman" w:eastAsia="宋体"/>
                <w:b w:val="0"/>
                <w:sz w:val="21"/>
              </w:rPr>
              <w:t>韩裕琳</w:t>
            </w:r>
          </w:p>
        </w:tc>
        <w:tc>
          <w:tcPr>
            <w:tcW w:type="dxa" w:w="785"/>
          </w:tcPr>
          <w:p>
            <w:pPr>
              <w:spacing w:after="20" w:before="20"/>
            </w:pPr>
            <w:r/>
            <w:r>
              <w:rPr>
                <w:rFonts w:ascii="Times New Roman" w:hAnsi="Times New Roman" w:eastAsia="宋体"/>
                <w:b w:val="0"/>
                <w:sz w:val="21"/>
              </w:rPr>
              <w:t>2020800219</w:t>
            </w:r>
          </w:p>
        </w:tc>
        <w:tc>
          <w:tcPr>
            <w:tcW w:type="dxa" w:w="785"/>
          </w:tcPr>
          <w:p>
            <w:pPr>
              <w:spacing w:after="20" w:before="20"/>
            </w:pPr>
            <w:r/>
            <w:r>
              <w:rPr>
                <w:rFonts w:ascii="Times New Roman" w:hAnsi="Times New Roman" w:eastAsia="宋体"/>
                <w:b w:val="0"/>
                <w:sz w:val="21"/>
              </w:rPr>
              <w:t>中医学</w:t>
            </w:r>
          </w:p>
        </w:tc>
        <w:tc>
          <w:tcPr>
            <w:tcW w:type="dxa" w:w="785"/>
          </w:tcPr>
          <w:p>
            <w:pPr>
              <w:spacing w:after="20" w:before="20"/>
            </w:pPr>
            <w:r/>
            <w:r>
              <w:rPr>
                <w:rFonts w:ascii="Times New Roman" w:hAnsi="Times New Roman" w:eastAsia="宋体"/>
                <w:b w:val="0"/>
                <w:sz w:val="21"/>
              </w:rPr>
              <w:t>86.253</w:t>
            </w:r>
          </w:p>
        </w:tc>
        <w:tc>
          <w:tcPr>
            <w:tcW w:type="dxa" w:w="785"/>
          </w:tcPr>
          <w:p>
            <w:pPr>
              <w:spacing w:after="20" w:before="20"/>
            </w:pPr>
            <w:r/>
            <w:r>
              <w:rPr>
                <w:rFonts w:ascii="Times New Roman" w:hAnsi="Times New Roman" w:eastAsia="宋体"/>
                <w:b w:val="0"/>
                <w:sz w:val="21"/>
              </w:rPr>
              <w:t>4</w:t>
            </w:r>
          </w:p>
        </w:tc>
        <w:tc>
          <w:tcPr>
            <w:tcW w:type="dxa" w:w="785"/>
          </w:tcPr>
          <w:p>
            <w:pPr>
              <w:spacing w:after="20" w:before="20"/>
            </w:pPr>
            <w:r/>
            <w:r>
              <w:rPr>
                <w:rFonts w:ascii="Times New Roman" w:hAnsi="Times New Roman" w:eastAsia="宋体"/>
                <w:b w:val="0"/>
                <w:sz w:val="21"/>
              </w:rPr>
            </w:r>
          </w:p>
        </w:tc>
        <w:tc>
          <w:tcPr>
            <w:tcW w:type="dxa" w:w="785"/>
          </w:tcPr>
          <w:p>
            <w:pPr>
              <w:spacing w:after="20" w:before="20"/>
            </w:pPr>
            <w:r/>
            <w:r>
              <w:rPr>
                <w:rFonts w:ascii="Times New Roman" w:hAnsi="Times New Roman" w:eastAsia="宋体"/>
                <w:b w:val="0"/>
                <w:sz w:val="21"/>
              </w:rPr>
            </w:r>
          </w:p>
        </w:tc>
        <w:tc>
          <w:tcPr>
            <w:tcW w:type="dxa" w:w="785"/>
          </w:tcPr>
          <w:p>
            <w:pPr>
              <w:spacing w:after="20" w:before="20"/>
            </w:pPr>
            <w:r/>
            <w:r>
              <w:rPr>
                <w:rFonts w:ascii="Times New Roman" w:hAnsi="Times New Roman" w:eastAsia="宋体"/>
                <w:b w:val="0"/>
                <w:sz w:val="21"/>
              </w:rPr>
              <w:t>86.253</w:t>
            </w:r>
          </w:p>
        </w:tc>
        <w:tc>
          <w:tcPr>
            <w:tcW w:type="dxa" w:w="785"/>
          </w:tcPr>
          <w:p>
            <w:pPr>
              <w:spacing w:after="20" w:before="20"/>
            </w:pPr>
            <w:r/>
            <w:r>
              <w:rPr>
                <w:rFonts w:ascii="Times New Roman" w:hAnsi="Times New Roman" w:eastAsia="宋体"/>
                <w:b w:val="0"/>
                <w:sz w:val="21"/>
              </w:rPr>
              <w:t>无</w:t>
            </w:r>
          </w:p>
        </w:tc>
        <w:tc>
          <w:tcPr>
            <w:tcW w:type="dxa" w:w="785"/>
          </w:tcPr>
          <w:p>
            <w:pPr>
              <w:spacing w:after="20" w:before="20"/>
            </w:pPr>
            <w:r/>
            <w:r>
              <w:rPr>
                <w:rFonts w:ascii="Times New Roman" w:hAnsi="Times New Roman" w:eastAsia="宋体"/>
                <w:b w:val="0"/>
                <w:sz w:val="21"/>
              </w:rPr>
              <w:t>3</w:t>
            </w:r>
          </w:p>
        </w:tc>
        <w:tc>
          <w:tcPr>
            <w:tcW w:type="dxa" w:w="785"/>
          </w:tcPr>
          <w:p>
            <w:pPr>
              <w:spacing w:after="20" w:before="20"/>
            </w:pPr>
            <w:r/>
            <w:r>
              <w:rPr>
                <w:rFonts w:ascii="Times New Roman" w:hAnsi="Times New Roman" w:eastAsia="宋体"/>
                <w:b w:val="0"/>
                <w:sz w:val="21"/>
              </w:rPr>
            </w:r>
          </w:p>
        </w:tc>
      </w:tr>
    </w:tbl>
    <w:p>
      <w:pPr>
        <w:spacing w:before="160" w:after="80" w:lineRule="auto" w:line="360"/>
        <w:jc w:val="left"/>
      </w:pPr>
      <w:r>
        <w:rPr>
          <w:rFonts w:ascii="Times New Roman" w:hAnsi="Times New Roman" w:eastAsia="宋体"/>
          <w:b/>
          <w:sz w:val="28"/>
        </w:rPr>
        <w:t>二、公示说明</w:t>
      </w:r>
    </w:p>
    <w:p>
      <w:pPr>
        <w:spacing w:after="80" w:lineRule="auto" w:line="360"/>
        <w:ind w:firstLine="482"/>
        <w:jc w:val="both"/>
      </w:pPr>
      <w:r>
        <w:rPr>
          <w:rFonts w:ascii="Times New Roman" w:hAnsi="Times New Roman" w:eastAsia="宋体"/>
          <w:b w:val="0"/>
          <w:sz w:val="24"/>
        </w:rPr>
        <w:t>1. 公示期为3天。</w:t>
      </w:r>
    </w:p>
    <w:p>
      <w:pPr>
        <w:spacing w:after="80" w:lineRule="auto" w:line="360"/>
        <w:ind w:firstLine="482"/>
        <w:jc w:val="both"/>
      </w:pPr>
      <w:r>
        <w:rPr>
          <w:rFonts w:ascii="Times New Roman" w:hAnsi="Times New Roman" w:eastAsia="宋体"/>
          <w:b w:val="0"/>
          <w:sz w:val="24"/>
        </w:rPr>
        <w:t>2. 如对公示内容有任何异议，请在公示期内联系学院教学办公室。</w:t>
      </w:r>
    </w:p>
    <w:p>
      <w:pPr>
        <w:spacing w:after="80" w:lineRule="auto" w:line="360"/>
        <w:ind w:firstLine="482"/>
        <w:jc w:val="both"/>
      </w:pPr>
      <w:r>
        <w:rPr>
          <w:rFonts w:ascii="Times New Roman" w:hAnsi="Times New Roman" w:eastAsia="宋体"/>
          <w:b w:val="0"/>
          <w:sz w:val="24"/>
        </w:rPr>
        <w:t>3. 联系电话：07176397428。</w:t>
      </w:r>
    </w:p>
    <w:p>
      <w:pPr>
        <w:spacing w:after="80" w:lineRule="auto" w:line="360"/>
        <w:ind w:firstLine="482"/>
        <w:jc w:val="both"/>
      </w:pPr>
      <w:r>
        <w:rPr>
          <w:rFonts w:ascii="Times New Roman" w:hAnsi="Times New Roman" w:eastAsia="宋体"/>
          <w:b w:val="0"/>
          <w:sz w:val="24"/>
        </w:rPr>
        <w:t>4. 办公邮箱：jkyxyjxb@ctgu.edu.cn。</w:t>
      </w:r>
    </w:p>
    <w:p>
      <w:pPr>
        <w:spacing w:after="80" w:lineRule="auto" w:line="360"/>
        <w:ind w:firstLine="482"/>
        <w:jc w:val="both"/>
      </w:pPr>
      <w:r>
        <w:rPr>
          <w:rFonts w:ascii="Times New Roman" w:hAnsi="Times New Roman" w:eastAsia="宋体"/>
          <w:b w:val="0"/>
          <w:sz w:val="24"/>
        </w:rPr>
        <w:t>三峡大学健康医学院</w:t>
      </w:r>
    </w:p>
    <w:p>
      <w:pPr>
        <w:spacing w:after="80" w:lineRule="auto" w:line="360"/>
        <w:ind w:firstLine="482"/>
        <w:jc w:val="both"/>
      </w:pPr>
      <w:r>
        <w:rPr>
          <w:rFonts w:ascii="Times New Roman" w:hAnsi="Times New Roman" w:eastAsia="宋体"/>
          <w:b w:val="0"/>
          <w:sz w:val="24"/>
        </w:rPr>
        <w:t>2025年9月10日</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