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苏州大学计算机科学与技术学院、软件学院2026年推免生综合评价总分及初选名单公示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苏州大学计算机科学与技术学院、软件学院2026年推免生综合评价总分及初选名单公示，发布日期为2025年09月12日。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二、名单与学院范围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名单人数：公示名单总人数未在网页正文中明确列出，具体人数详见附件《20250912综合评价总分及初选名单（9.12）.xls》。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涵盖学院：计算机科学与技术学院、软件学院，共2个学院。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经学生本人申请、学院推免工作小组组织综合评价，按综合评价总分确定初选名单；公示文件未公示各专业总人数、加分项明细及排名细则。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公示时间为2025年9月12日至9月18日，共计7天。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公示期内如有异议，需实名向学院推免工作小组反映。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联系人：王老师。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邮箱：scst@suda.edu.cn。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匿名、冒名或超出期限的异议不予受理。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