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大连工业大学2026年接收推荐免试研究生拟录取名单公示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大连工业大学2026年接收推荐免试攻读硕士/博士学位研究生录取工作已经结束，为保证录取结果公平、公正、公开，现对拟录取名单进行公示。本公示名单仅为拟录取名单，考生最终录取结果须以国家录取检查通过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公示期至11月2日。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公示期内如对名单有异议请与研招办联系。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研招办联系电话：0411-86323869，86323616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邮箱：yzb@dlpu.edu.cn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大连工业大学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2025年10月27日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