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line="360" w:lineRule="auto" w:before="240" w:after="160"/>
        <w:ind w:firstLine="0"/>
        <w:jc w:val="center"/>
      </w:pPr>
      <w:r>
        <w:rPr>
          <w:rFonts w:ascii="Times New Roman" w:hAnsi="Times New Roman" w:eastAsia="宋体"/>
          <w:b/>
          <w:sz w:val="32"/>
        </w:rPr>
        <w:t>关于发布2026年全国优秀大学生科学实践体验营优营结果的通知-夏令营/体验营-北京大学未来技术学院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关于发布2026年全国优秀大学生科学实践体验营优营结果的通知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各位参营同学：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大家好!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未来技术学院科学实践体验营活动已于7月6日圆满结束，衷心感谢所有同学的积极参与。经学院认真评审，确定了优秀营员名单。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我院将于2026年7月10日通过 gfuturezsb@pku.edu.cn 邮箱向入选同学发送优秀营员通知邮件。未收到该邮件的同学，表示暂未获评本次体验营优秀营员，学院将不再另行通知，请各位同学知悉。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如有疑问，可通过以下方式咨询：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电话：010-62767143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邮箱：gfuturezsb@pku.edu.cn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再次感谢大家对未来技术学院的关注！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未来技术学院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2026年7月10日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分享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地址：北京市海淀区颐和园路5号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邮编：100871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版权所有©北京大学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微信公众号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