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华北水利水电大学外国语学院2026年推荐免试攻读硕士学位研究生学生名单公示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外国语学院（具体专业未在正文中列出）。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原文未提供递补名单、考核结果等额外信息。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