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数学与计算机科学学院 关于推荐2026届优秀应届本科毕业生免试攻读研究生的通知</w:t>
      </w:r>
    </w:p>
    <w:p>
      <w:pPr>
        <w:spacing w:after="80" w:lineRule="auto" w:line="360"/>
        <w:ind w:firstLine="482"/>
        <w:jc w:val="both"/>
      </w:pPr>
      <w:r>
        <w:rPr>
          <w:rFonts w:ascii="Times New Roman" w:hAnsi="Times New Roman" w:eastAsia="宋体"/>
          <w:b w:val="0"/>
          <w:sz w:val="24"/>
        </w:rPr>
        <w:t>为做好数学与计算机科学学院推荐2026届优秀应届本科毕业生免试攻读硕士学位研究生工作，根据《浙江农林大学关于推荐优秀应届本科毕业生免试攻读研究生工作实施办法（试行）》《数学与计算机科学学院关于推荐优秀应届本科毕业生免试攻读研究生工作实施细则（试行）》等文件精神，结合我院实际，发布以下通知。</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一、学院推免工作组织机构</w:t>
      </w:r>
    </w:p>
    <w:p>
      <w:pPr>
        <w:spacing w:after="80" w:lineRule="auto" w:line="360"/>
        <w:ind w:firstLine="482"/>
        <w:jc w:val="both"/>
      </w:pPr>
      <w:r>
        <w:rPr>
          <w:rFonts w:ascii="Times New Roman" w:hAnsi="Times New Roman" w:eastAsia="宋体"/>
          <w:b w:val="0"/>
          <w:sz w:val="24"/>
        </w:rPr>
        <w:t>（一）推免生遴选工作小组</w:t>
      </w:r>
    </w:p>
    <w:p>
      <w:pPr>
        <w:spacing w:after="80" w:lineRule="auto" w:line="360"/>
        <w:ind w:firstLine="482"/>
        <w:jc w:val="both"/>
      </w:pPr>
      <w:r>
        <w:rPr>
          <w:rFonts w:ascii="Times New Roman" w:hAnsi="Times New Roman" w:eastAsia="宋体"/>
          <w:b w:val="0"/>
          <w:sz w:val="24"/>
        </w:rPr>
        <w:t>组长：冯海林、何振波</w:t>
      </w:r>
    </w:p>
    <w:p>
      <w:pPr>
        <w:spacing w:after="80" w:lineRule="auto" w:line="360"/>
        <w:ind w:firstLine="482"/>
        <w:jc w:val="both"/>
      </w:pPr>
      <w:r>
        <w:rPr>
          <w:rFonts w:ascii="Times New Roman" w:hAnsi="Times New Roman" w:eastAsia="宋体"/>
          <w:b w:val="0"/>
          <w:sz w:val="24"/>
        </w:rPr>
        <w:t>副组长：张洪涛、胡军国、孙晓民</w:t>
      </w:r>
    </w:p>
    <w:p>
      <w:pPr>
        <w:spacing w:after="80" w:lineRule="auto" w:line="360"/>
        <w:ind w:firstLine="482"/>
        <w:jc w:val="both"/>
      </w:pPr>
      <w:r>
        <w:rPr>
          <w:rFonts w:ascii="Times New Roman" w:hAnsi="Times New Roman" w:eastAsia="宋体"/>
          <w:b w:val="0"/>
          <w:sz w:val="24"/>
        </w:rPr>
        <w:t>成员：朱超、易晓梅、徐达宇、史春妹、夏慧珠、方凯、曹顺娟、袁晓燕</w:t>
      </w:r>
    </w:p>
    <w:p>
      <w:pPr>
        <w:spacing w:after="80" w:lineRule="auto" w:line="360"/>
        <w:ind w:firstLine="482"/>
        <w:jc w:val="both"/>
      </w:pPr>
      <w:r>
        <w:rPr>
          <w:rFonts w:ascii="Times New Roman" w:hAnsi="Times New Roman" w:eastAsia="宋体"/>
          <w:b w:val="0"/>
          <w:sz w:val="24"/>
        </w:rPr>
        <w:t>（二）推免生遴选工作专家审核小组</w:t>
      </w:r>
    </w:p>
    <w:p>
      <w:pPr>
        <w:spacing w:after="80" w:lineRule="auto" w:line="360"/>
        <w:ind w:firstLine="482"/>
        <w:jc w:val="both"/>
      </w:pPr>
      <w:r>
        <w:rPr>
          <w:rFonts w:ascii="Times New Roman" w:hAnsi="Times New Roman" w:eastAsia="宋体"/>
          <w:b w:val="0"/>
          <w:sz w:val="24"/>
        </w:rPr>
        <w:t>组长：张洪涛、胡军国</w:t>
      </w:r>
    </w:p>
    <w:p>
      <w:pPr>
        <w:spacing w:after="80" w:lineRule="auto" w:line="360"/>
        <w:ind w:firstLine="482"/>
        <w:jc w:val="both"/>
      </w:pPr>
      <w:r>
        <w:rPr>
          <w:rFonts w:ascii="Times New Roman" w:hAnsi="Times New Roman" w:eastAsia="宋体"/>
          <w:b w:val="0"/>
          <w:sz w:val="24"/>
        </w:rPr>
        <w:t>成员：周厚奎、徐达宇、史春妹、易晓梅、陈秀平</w:t>
      </w:r>
    </w:p>
    <w:p>
      <w:pPr>
        <w:spacing w:after="80" w:lineRule="auto" w:line="360"/>
        <w:ind w:firstLine="482"/>
        <w:jc w:val="both"/>
      </w:pPr>
      <w:r>
        <w:rPr>
          <w:rFonts w:ascii="Times New Roman" w:hAnsi="Times New Roman" w:eastAsia="宋体"/>
          <w:b w:val="0"/>
          <w:sz w:val="24"/>
        </w:rPr>
        <w:t>秘书：乐莹、周银明、邸雷、张晓曼</w:t>
      </w:r>
    </w:p>
    <w:p>
      <w:pPr>
        <w:spacing w:after="80" w:lineRule="auto" w:line="360"/>
        <w:ind w:firstLine="482"/>
        <w:jc w:val="both"/>
      </w:pPr>
      <w:r>
        <w:rPr>
          <w:rFonts w:ascii="Times New Roman" w:hAnsi="Times New Roman" w:eastAsia="宋体"/>
          <w:b w:val="0"/>
          <w:sz w:val="24"/>
        </w:rPr>
        <w:t>（三）推免生遴选工作纪检监督小组</w:t>
      </w:r>
    </w:p>
    <w:p>
      <w:pPr>
        <w:spacing w:after="80" w:lineRule="auto" w:line="360"/>
        <w:ind w:firstLine="482"/>
        <w:jc w:val="both"/>
      </w:pPr>
      <w:r>
        <w:rPr>
          <w:rFonts w:ascii="Times New Roman" w:hAnsi="Times New Roman" w:eastAsia="宋体"/>
          <w:b w:val="0"/>
          <w:sz w:val="24"/>
        </w:rPr>
        <w:t>组长：孙晓民</w:t>
      </w:r>
    </w:p>
    <w:p>
      <w:pPr>
        <w:spacing w:after="80" w:lineRule="auto" w:line="360"/>
        <w:ind w:firstLine="482"/>
        <w:jc w:val="both"/>
      </w:pPr>
      <w:r>
        <w:rPr>
          <w:rFonts w:ascii="Times New Roman" w:hAnsi="Times New Roman" w:eastAsia="宋体"/>
          <w:b w:val="0"/>
          <w:sz w:val="24"/>
        </w:rPr>
        <w:t>成员：黎海斌、邱峰</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根据学校推免工作领导小组的文件精神，2026届数计学院共有推免名额8人，各专业推免名额如下：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推荐名额</w:t>
            </w:r>
          </w:p>
        </w:tc>
      </w:tr>
      <w:tr>
        <w:tc>
          <w:tcPr>
            <w:tcW w:type="dxa" w:w="4317"/>
          </w:tcPr>
          <w:p>
            <w:pPr>
              <w:spacing w:after="20" w:before="20"/>
            </w:pPr>
            <w:r/>
            <w:r>
              <w:rPr>
                <w:rFonts w:ascii="Times New Roman" w:hAnsi="Times New Roman" w:eastAsia="宋体"/>
                <w:b w:val="0"/>
                <w:sz w:val="21"/>
              </w:rPr>
              <w:t>计算机科学与技术专业（国家一流专业）</w:t>
            </w:r>
          </w:p>
        </w:tc>
        <w:tc>
          <w:tcPr>
            <w:tcW w:type="dxa" w:w="4317"/>
          </w:tcPr>
          <w:p>
            <w:pPr>
              <w:spacing w:after="20" w:before="20"/>
            </w:pPr>
            <w:r/>
            <w:r>
              <w:rPr>
                <w:rFonts w:ascii="Times New Roman" w:hAnsi="Times New Roman" w:eastAsia="宋体"/>
                <w:b w:val="0"/>
                <w:sz w:val="21"/>
              </w:rPr>
              <w:t>4人</w:t>
            </w:r>
          </w:p>
        </w:tc>
      </w:tr>
      <w:tr>
        <w:tc>
          <w:tcPr>
            <w:tcW w:type="dxa" w:w="4317"/>
          </w:tcPr>
          <w:p>
            <w:pPr>
              <w:spacing w:after="20" w:before="20"/>
            </w:pPr>
            <w:r/>
            <w:r>
              <w:rPr>
                <w:rFonts w:ascii="Times New Roman" w:hAnsi="Times New Roman" w:eastAsia="宋体"/>
                <w:b w:val="0"/>
                <w:sz w:val="21"/>
              </w:rPr>
              <w:t>数据科学与大数据技术专业</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物联网工程专业</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应用统计学专业</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智能科学与技术专业</w:t>
            </w:r>
          </w:p>
        </w:tc>
        <w:tc>
          <w:tcPr>
            <w:tcW w:type="dxa" w:w="4317"/>
          </w:tcPr>
          <w:p>
            <w:pPr>
              <w:spacing w:after="20" w:before="20"/>
            </w:pPr>
            <w:r/>
            <w:r>
              <w:rPr>
                <w:rFonts w:ascii="Times New Roman" w:hAnsi="Times New Roman" w:eastAsia="宋体"/>
                <w:b w:val="0"/>
                <w:sz w:val="21"/>
              </w:rPr>
              <w:t>1人</w:t>
            </w:r>
          </w:p>
        </w:tc>
      </w:tr>
    </w:tbl>
    <w:p>
      <w:pPr>
        <w:spacing w:before="160" w:after="80" w:lineRule="auto" w:line="360"/>
        <w:jc w:val="left"/>
      </w:pPr>
      <w:r>
        <w:rPr>
          <w:rFonts w:ascii="Times New Roman" w:hAnsi="Times New Roman" w:eastAsia="宋体"/>
          <w:b/>
          <w:sz w:val="28"/>
        </w:rPr>
        <w:t>三、日程安排</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时间</w:t>
            </w:r>
          </w:p>
        </w:tc>
        <w:tc>
          <w:tcPr>
            <w:tcW w:type="dxa" w:w="2878"/>
          </w:tcPr>
          <w:p>
            <w:pPr>
              <w:spacing w:after="20" w:before="20"/>
            </w:pPr>
            <w:r/>
            <w:r>
              <w:rPr>
                <w:rFonts w:ascii="Times New Roman" w:hAnsi="Times New Roman" w:eastAsia="宋体"/>
                <w:b/>
                <w:sz w:val="21"/>
              </w:rPr>
              <w:t>事项</w:t>
            </w:r>
          </w:p>
        </w:tc>
        <w:tc>
          <w:tcPr>
            <w:tcW w:type="dxa" w:w="2878"/>
          </w:tcPr>
          <w:p>
            <w:pPr>
              <w:spacing w:after="20" w:before="20"/>
            </w:pPr>
            <w:r/>
            <w:r>
              <w:rPr>
                <w:rFonts w:ascii="Times New Roman" w:hAnsi="Times New Roman" w:eastAsia="宋体"/>
                <w:b/>
                <w:sz w:val="21"/>
              </w:rPr>
              <w:t>责任部门</w:t>
            </w:r>
          </w:p>
        </w:tc>
      </w:tr>
      <w:tr>
        <w:tc>
          <w:tcPr>
            <w:tcW w:type="dxa" w:w="2878"/>
          </w:tcPr>
          <w:p>
            <w:pPr>
              <w:spacing w:after="20" w:before="20"/>
            </w:pPr>
            <w:r/>
            <w:r>
              <w:rPr>
                <w:rFonts w:ascii="Times New Roman" w:hAnsi="Times New Roman" w:eastAsia="宋体"/>
                <w:b w:val="0"/>
                <w:sz w:val="21"/>
              </w:rPr>
              <w:t>9月2日</w:t>
            </w:r>
          </w:p>
        </w:tc>
        <w:tc>
          <w:tcPr>
            <w:tcW w:type="dxa" w:w="2878"/>
          </w:tcPr>
          <w:p>
            <w:pPr>
              <w:spacing w:after="20" w:before="20"/>
            </w:pPr>
            <w:r/>
            <w:r>
              <w:rPr>
                <w:rFonts w:ascii="Times New Roman" w:hAnsi="Times New Roman" w:eastAsia="宋体"/>
                <w:b w:val="0"/>
                <w:sz w:val="21"/>
              </w:rPr>
              <w:t>学院发布学院推免细则（网站及公告栏），符合申请条件学生名单提交教务处。</w:t>
            </w:r>
          </w:p>
        </w:tc>
        <w:tc>
          <w:tcPr>
            <w:tcW w:type="dxa" w:w="2878"/>
          </w:tcPr>
          <w:p>
            <w:pPr>
              <w:spacing w:after="20" w:before="20"/>
            </w:pPr>
            <w:r/>
            <w:r>
              <w:rPr>
                <w:rFonts w:ascii="Times New Roman" w:hAnsi="Times New Roman" w:eastAsia="宋体"/>
                <w:b w:val="0"/>
                <w:sz w:val="21"/>
              </w:rPr>
              <w:t>学院推免生遴选工作小组</w:t>
            </w:r>
          </w:p>
        </w:tc>
      </w:tr>
      <w:tr>
        <w:tc>
          <w:tcPr>
            <w:tcW w:type="dxa" w:w="2878"/>
          </w:tcPr>
          <w:p>
            <w:pPr>
              <w:spacing w:after="20" w:before="20"/>
            </w:pPr>
            <w:r/>
            <w:r>
              <w:rPr>
                <w:rFonts w:ascii="Times New Roman" w:hAnsi="Times New Roman" w:eastAsia="宋体"/>
                <w:b w:val="0"/>
                <w:sz w:val="21"/>
              </w:rPr>
              <w:t>9月2日-9月3日</w:t>
            </w:r>
          </w:p>
        </w:tc>
        <w:tc>
          <w:tcPr>
            <w:tcW w:type="dxa" w:w="2878"/>
          </w:tcPr>
          <w:p>
            <w:pPr>
              <w:spacing w:after="20" w:before="20"/>
            </w:pPr>
            <w:r/>
            <w:r>
              <w:rPr>
                <w:rFonts w:ascii="Times New Roman" w:hAnsi="Times New Roman" w:eastAsia="宋体"/>
                <w:b w:val="0"/>
                <w:sz w:val="21"/>
              </w:rPr>
              <w:t>学院公示符合申请条件学生名单，并通知到每一个学生。</w:t>
            </w:r>
          </w:p>
        </w:tc>
        <w:tc>
          <w:tcPr>
            <w:tcW w:type="dxa" w:w="2878"/>
          </w:tcPr>
          <w:p>
            <w:pPr>
              <w:spacing w:after="20" w:before="20"/>
            </w:pPr>
            <w:r/>
            <w:r>
              <w:rPr>
                <w:rFonts w:ascii="Times New Roman" w:hAnsi="Times New Roman" w:eastAsia="宋体"/>
                <w:b w:val="0"/>
                <w:sz w:val="21"/>
              </w:rPr>
              <w:t>学院推免生遴选工作小组、学生办</w:t>
            </w:r>
          </w:p>
        </w:tc>
      </w:tr>
      <w:tr>
        <w:tc>
          <w:tcPr>
            <w:tcW w:type="dxa" w:w="2878"/>
          </w:tcPr>
          <w:p>
            <w:pPr>
              <w:spacing w:after="20" w:before="20"/>
            </w:pPr>
            <w:r/>
            <w:r>
              <w:rPr>
                <w:rFonts w:ascii="Times New Roman" w:hAnsi="Times New Roman" w:eastAsia="宋体"/>
                <w:b w:val="0"/>
                <w:sz w:val="21"/>
              </w:rPr>
              <w:t>9月4日</w:t>
            </w:r>
          </w:p>
        </w:tc>
        <w:tc>
          <w:tcPr>
            <w:tcW w:type="dxa" w:w="2878"/>
          </w:tcPr>
          <w:p>
            <w:pPr>
              <w:spacing w:after="20" w:before="20"/>
            </w:pPr>
            <w:r/>
            <w:r>
              <w:rPr>
                <w:rFonts w:ascii="Times New Roman" w:hAnsi="Times New Roman" w:eastAsia="宋体"/>
                <w:b w:val="0"/>
                <w:sz w:val="21"/>
              </w:rPr>
              <w:t>学生申请：符合推免条件的应届优秀本科毕业生提交书面申请及相关材料。申请推免的材料包括：（1）申请表；（2）承诺书；（3）成果相应支撑材料。放弃推免资格的同学需提交的材料：（1）放弃声明书。申请材料于9月4日下午5:30之前，报送到学11-317教学办乐老师处。</w:t>
            </w:r>
          </w:p>
        </w:tc>
        <w:tc>
          <w:tcPr>
            <w:tcW w:type="dxa" w:w="2878"/>
          </w:tcPr>
          <w:p>
            <w:pPr>
              <w:spacing w:after="20" w:before="20"/>
            </w:pPr>
            <w:r/>
            <w:r>
              <w:rPr>
                <w:rFonts w:ascii="Times New Roman" w:hAnsi="Times New Roman" w:eastAsia="宋体"/>
                <w:b w:val="0"/>
                <w:sz w:val="21"/>
              </w:rPr>
              <w:t>申请推免学生、学院推免生遴选工作小组</w:t>
            </w:r>
          </w:p>
        </w:tc>
      </w:tr>
      <w:tr>
        <w:tc>
          <w:tcPr>
            <w:tcW w:type="dxa" w:w="2878"/>
          </w:tcPr>
          <w:p>
            <w:pPr>
              <w:spacing w:after="20" w:before="20"/>
            </w:pPr>
            <w:r/>
            <w:r>
              <w:rPr>
                <w:rFonts w:ascii="Times New Roman" w:hAnsi="Times New Roman" w:eastAsia="宋体"/>
                <w:b w:val="0"/>
                <w:sz w:val="21"/>
              </w:rPr>
              <w:t>9月5日</w:t>
            </w:r>
          </w:p>
        </w:tc>
        <w:tc>
          <w:tcPr>
            <w:tcW w:type="dxa" w:w="2878"/>
          </w:tcPr>
          <w:p>
            <w:pPr>
              <w:spacing w:after="20" w:before="20"/>
            </w:pPr>
            <w:r/>
            <w:r>
              <w:rPr>
                <w:rFonts w:ascii="Times New Roman" w:hAnsi="Times New Roman" w:eastAsia="宋体"/>
                <w:b w:val="0"/>
                <w:sz w:val="21"/>
              </w:rPr>
              <w:t>学院审核</w:t>
            </w:r>
          </w:p>
        </w:tc>
        <w:tc>
          <w:tcPr>
            <w:tcW w:type="dxa" w:w="2878"/>
          </w:tcPr>
          <w:p>
            <w:pPr>
              <w:spacing w:after="20" w:before="20"/>
            </w:pPr>
            <w:r/>
            <w:r>
              <w:rPr>
                <w:rFonts w:ascii="Times New Roman" w:hAnsi="Times New Roman" w:eastAsia="宋体"/>
                <w:b w:val="0"/>
                <w:sz w:val="21"/>
              </w:rPr>
              <w:t>学院推免生遴选工作专家审核小组、推免生遴选工作纪检监督小组</w:t>
            </w:r>
          </w:p>
        </w:tc>
      </w:tr>
      <w:tr>
        <w:tc>
          <w:tcPr>
            <w:tcW w:type="dxa" w:w="2878"/>
          </w:tcPr>
          <w:p>
            <w:pPr>
              <w:spacing w:after="20" w:before="20"/>
            </w:pPr>
            <w:r/>
            <w:r>
              <w:rPr>
                <w:rFonts w:ascii="Times New Roman" w:hAnsi="Times New Roman" w:eastAsia="宋体"/>
                <w:b w:val="0"/>
                <w:sz w:val="21"/>
              </w:rPr>
              <w:t>9月6日-9月8日</w:t>
            </w:r>
          </w:p>
        </w:tc>
        <w:tc>
          <w:tcPr>
            <w:tcW w:type="dxa" w:w="2878"/>
          </w:tcPr>
          <w:p>
            <w:pPr>
              <w:spacing w:after="20" w:before="20"/>
            </w:pPr>
            <w:r/>
            <w:r>
              <w:rPr>
                <w:rFonts w:ascii="Times New Roman" w:hAnsi="Times New Roman" w:eastAsia="宋体"/>
                <w:b w:val="0"/>
                <w:sz w:val="21"/>
              </w:rPr>
              <w:t>按照学生综合成绩排序确定推荐人选并公示</w:t>
            </w:r>
          </w:p>
        </w:tc>
        <w:tc>
          <w:tcPr>
            <w:tcW w:type="dxa" w:w="2878"/>
          </w:tcPr>
          <w:p>
            <w:pPr>
              <w:spacing w:after="20" w:before="20"/>
            </w:pPr>
            <w:r/>
            <w:r>
              <w:rPr>
                <w:rFonts w:ascii="Times New Roman" w:hAnsi="Times New Roman" w:eastAsia="宋体"/>
                <w:b w:val="0"/>
                <w:sz w:val="21"/>
              </w:rPr>
              <w:t>学院推免生遴选工作小组、推免生遴选工作纪检监督小组</w:t>
            </w:r>
          </w:p>
        </w:tc>
      </w:tr>
      <w:tr>
        <w:tc>
          <w:tcPr>
            <w:tcW w:type="dxa" w:w="2878"/>
          </w:tcPr>
          <w:p>
            <w:pPr>
              <w:spacing w:after="20" w:before="20"/>
            </w:pPr>
            <w:r/>
            <w:r>
              <w:rPr>
                <w:rFonts w:ascii="Times New Roman" w:hAnsi="Times New Roman" w:eastAsia="宋体"/>
                <w:b w:val="0"/>
                <w:sz w:val="21"/>
              </w:rPr>
              <w:t>9月8日</w:t>
            </w:r>
          </w:p>
        </w:tc>
        <w:tc>
          <w:tcPr>
            <w:tcW w:type="dxa" w:w="2878"/>
          </w:tcPr>
          <w:p>
            <w:pPr>
              <w:spacing w:after="20" w:before="20"/>
            </w:pPr>
            <w:r/>
            <w:r>
              <w:rPr>
                <w:rFonts w:ascii="Times New Roman" w:hAnsi="Times New Roman" w:eastAsia="宋体"/>
                <w:b w:val="0"/>
                <w:sz w:val="21"/>
              </w:rPr>
              <w:t>向学校提交拟推免名单</w:t>
            </w:r>
          </w:p>
        </w:tc>
        <w:tc>
          <w:tcPr>
            <w:tcW w:type="dxa" w:w="2878"/>
          </w:tcPr>
          <w:p>
            <w:pPr>
              <w:spacing w:after="20" w:before="20"/>
            </w:pPr>
            <w:r/>
            <w:r>
              <w:rPr>
                <w:rFonts w:ascii="Times New Roman" w:hAnsi="Times New Roman" w:eastAsia="宋体"/>
                <w:b w:val="0"/>
                <w:sz w:val="21"/>
              </w:rPr>
              <w:t>学院推免生遴选工作小组</w:t>
            </w:r>
          </w:p>
        </w:tc>
      </w:tr>
      <w:tr>
        <w:tc>
          <w:tcPr>
            <w:tcW w:type="dxa" w:w="2878"/>
          </w:tcPr>
          <w:p>
            <w:pPr>
              <w:spacing w:after="20" w:before="20"/>
            </w:pPr>
            <w:r/>
            <w:r>
              <w:rPr>
                <w:rFonts w:ascii="Times New Roman" w:hAnsi="Times New Roman" w:eastAsia="宋体"/>
                <w:b w:val="0"/>
                <w:sz w:val="21"/>
              </w:rPr>
              <w:t>9月9日-10日</w:t>
            </w:r>
          </w:p>
        </w:tc>
        <w:tc>
          <w:tcPr>
            <w:tcW w:type="dxa" w:w="2878"/>
          </w:tcPr>
          <w:p>
            <w:pPr>
              <w:spacing w:after="20" w:before="20"/>
            </w:pPr>
            <w:r/>
            <w:r>
              <w:rPr>
                <w:rFonts w:ascii="Times New Roman" w:hAnsi="Times New Roman" w:eastAsia="宋体"/>
                <w:b w:val="0"/>
                <w:sz w:val="21"/>
              </w:rPr>
              <w:t>推免生遴选工作领导小组复审</w:t>
            </w:r>
          </w:p>
        </w:tc>
        <w:tc>
          <w:tcPr>
            <w:tcW w:type="dxa" w:w="2878"/>
          </w:tcPr>
          <w:p>
            <w:pPr>
              <w:spacing w:after="20" w:before="20"/>
            </w:pPr>
            <w:r/>
            <w:r>
              <w:rPr>
                <w:rFonts w:ascii="Times New Roman" w:hAnsi="Times New Roman" w:eastAsia="宋体"/>
                <w:b w:val="0"/>
                <w:sz w:val="21"/>
              </w:rPr>
              <w:t>校推免生遴选工作领导小组</w:t>
            </w:r>
          </w:p>
        </w:tc>
      </w:tr>
      <w:tr>
        <w:tc>
          <w:tcPr>
            <w:tcW w:type="dxa" w:w="2878"/>
          </w:tcPr>
          <w:p>
            <w:pPr>
              <w:spacing w:after="20" w:before="20"/>
            </w:pPr>
            <w:r/>
            <w:r>
              <w:rPr>
                <w:rFonts w:ascii="Times New Roman" w:hAnsi="Times New Roman" w:eastAsia="宋体"/>
                <w:b w:val="0"/>
                <w:sz w:val="21"/>
              </w:rPr>
              <w:t>9月10日-16日</w:t>
            </w:r>
          </w:p>
        </w:tc>
        <w:tc>
          <w:tcPr>
            <w:tcW w:type="dxa" w:w="2878"/>
          </w:tcPr>
          <w:p>
            <w:pPr>
              <w:spacing w:after="20" w:before="20"/>
            </w:pPr>
            <w:r/>
            <w:r>
              <w:rPr>
                <w:rFonts w:ascii="Times New Roman" w:hAnsi="Times New Roman" w:eastAsia="宋体"/>
                <w:b w:val="0"/>
                <w:sz w:val="21"/>
              </w:rPr>
              <w:t>学校公示推免名单（7日）</w:t>
            </w:r>
          </w:p>
        </w:tc>
        <w:tc>
          <w:tcPr>
            <w:tcW w:type="dxa" w:w="2878"/>
          </w:tcPr>
          <w:p>
            <w:pPr>
              <w:spacing w:after="20" w:before="20"/>
            </w:pPr>
            <w:r/>
            <w:r>
              <w:rPr>
                <w:rFonts w:ascii="Times New Roman" w:hAnsi="Times New Roman" w:eastAsia="宋体"/>
                <w:b w:val="0"/>
                <w:sz w:val="21"/>
              </w:rPr>
              <w:t>校推免生遴选工作领导小组</w:t>
            </w:r>
          </w:p>
        </w:tc>
      </w:tr>
      <w:tr>
        <w:tc>
          <w:tcPr>
            <w:tcW w:type="dxa" w:w="2878"/>
          </w:tcPr>
          <w:p>
            <w:pPr>
              <w:spacing w:after="20" w:before="20"/>
            </w:pPr>
            <w:r/>
            <w:r>
              <w:rPr>
                <w:rFonts w:ascii="Times New Roman" w:hAnsi="Times New Roman" w:eastAsia="宋体"/>
                <w:b w:val="0"/>
                <w:sz w:val="21"/>
              </w:rPr>
              <w:t>9月17日</w:t>
            </w:r>
          </w:p>
        </w:tc>
        <w:tc>
          <w:tcPr>
            <w:tcW w:type="dxa" w:w="2878"/>
          </w:tcPr>
          <w:p>
            <w:pPr>
              <w:spacing w:after="20" w:before="20"/>
            </w:pPr>
            <w:r/>
            <w:r>
              <w:rPr>
                <w:rFonts w:ascii="Times New Roman" w:hAnsi="Times New Roman" w:eastAsia="宋体"/>
                <w:b w:val="0"/>
                <w:sz w:val="21"/>
              </w:rPr>
              <w:t>教务处将名单上传推免系统</w:t>
            </w:r>
          </w:p>
        </w:tc>
        <w:tc>
          <w:tcPr>
            <w:tcW w:type="dxa" w:w="2878"/>
          </w:tcPr>
          <w:p>
            <w:pPr>
              <w:spacing w:after="20" w:before="20"/>
            </w:pPr>
            <w:r/>
            <w:r>
              <w:rPr>
                <w:rFonts w:ascii="Times New Roman" w:hAnsi="Times New Roman" w:eastAsia="宋体"/>
                <w:b w:val="0"/>
                <w:sz w:val="21"/>
              </w:rPr>
              <w:t>校推免生遴选工作领导小组</w:t>
            </w:r>
          </w:p>
        </w:tc>
      </w:tr>
      <w:tr>
        <w:tc>
          <w:tcPr>
            <w:tcW w:type="dxa" w:w="2878"/>
          </w:tcPr>
          <w:p>
            <w:pPr>
              <w:spacing w:after="20" w:before="20"/>
            </w:pPr>
            <w:r/>
            <w:r>
              <w:rPr>
                <w:rFonts w:ascii="Times New Roman" w:hAnsi="Times New Roman" w:eastAsia="宋体"/>
                <w:b w:val="0"/>
                <w:sz w:val="21"/>
              </w:rPr>
              <w:t>9月18日</w:t>
            </w:r>
          </w:p>
        </w:tc>
        <w:tc>
          <w:tcPr>
            <w:tcW w:type="dxa" w:w="2878"/>
          </w:tcPr>
          <w:p>
            <w:pPr>
              <w:spacing w:after="20" w:before="20"/>
            </w:pPr>
            <w:r/>
            <w:r>
              <w:rPr>
                <w:rFonts w:ascii="Times New Roman" w:hAnsi="Times New Roman" w:eastAsia="宋体"/>
                <w:b w:val="0"/>
                <w:sz w:val="21"/>
              </w:rPr>
              <w:t>学生注册推免系统</w:t>
            </w:r>
          </w:p>
        </w:tc>
        <w:tc>
          <w:tcPr>
            <w:tcW w:type="dxa" w:w="2878"/>
          </w:tcPr>
          <w:p>
            <w:pPr>
              <w:spacing w:after="20" w:before="20"/>
            </w:pPr>
            <w:r/>
            <w:r>
              <w:rPr>
                <w:rFonts w:ascii="Times New Roman" w:hAnsi="Times New Roman" w:eastAsia="宋体"/>
                <w:b w:val="0"/>
                <w:sz w:val="21"/>
              </w:rPr>
              <w:t>推免生、数计学院</w:t>
            </w:r>
          </w:p>
        </w:tc>
      </w:tr>
      <w:tr>
        <w:tc>
          <w:tcPr>
            <w:tcW w:type="dxa" w:w="2878"/>
          </w:tcPr>
          <w:p>
            <w:pPr>
              <w:spacing w:after="20" w:before="20"/>
            </w:pPr>
            <w:r/>
            <w:r>
              <w:rPr>
                <w:rFonts w:ascii="Times New Roman" w:hAnsi="Times New Roman" w:eastAsia="宋体"/>
                <w:b w:val="0"/>
                <w:sz w:val="21"/>
              </w:rPr>
              <w:t>9月22日</w:t>
            </w:r>
          </w:p>
        </w:tc>
        <w:tc>
          <w:tcPr>
            <w:tcW w:type="dxa" w:w="2878"/>
          </w:tcPr>
          <w:p>
            <w:pPr>
              <w:spacing w:after="20" w:before="20"/>
            </w:pPr>
            <w:r/>
            <w:r>
              <w:rPr>
                <w:rFonts w:ascii="Times New Roman" w:hAnsi="Times New Roman" w:eastAsia="宋体"/>
                <w:b w:val="0"/>
                <w:sz w:val="21"/>
              </w:rPr>
              <w:t>学生推免报名</w:t>
            </w:r>
          </w:p>
        </w:tc>
        <w:tc>
          <w:tcPr>
            <w:tcW w:type="dxa" w:w="2878"/>
          </w:tcPr>
          <w:p>
            <w:pPr>
              <w:spacing w:after="20" w:before="20"/>
            </w:pPr>
            <w:r/>
            <w:r>
              <w:rPr>
                <w:rFonts w:ascii="Times New Roman" w:hAnsi="Times New Roman" w:eastAsia="宋体"/>
                <w:b w:val="0"/>
                <w:sz w:val="21"/>
              </w:rPr>
              <w:t>推免生、数计学院</w:t>
            </w:r>
          </w:p>
        </w:tc>
      </w:tr>
    </w:tbl>
    <w:p>
      <w:pPr>
        <w:spacing w:before="160" w:after="80" w:lineRule="auto" w:line="360"/>
        <w:jc w:val="left"/>
      </w:pPr>
      <w:r>
        <w:rPr>
          <w:rFonts w:ascii="Times New Roman" w:hAnsi="Times New Roman" w:eastAsia="宋体"/>
          <w:b/>
          <w:sz w:val="28"/>
        </w:rPr>
        <w:t>四、监督与复议</w:t>
      </w:r>
    </w:p>
    <w:p>
      <w:pPr>
        <w:spacing w:after="80" w:lineRule="auto" w:line="360"/>
        <w:ind w:firstLine="482"/>
        <w:jc w:val="both"/>
      </w:pPr>
      <w:r>
        <w:rPr>
          <w:rFonts w:ascii="Times New Roman" w:hAnsi="Times New Roman" w:eastAsia="宋体"/>
          <w:b w:val="0"/>
          <w:sz w:val="24"/>
        </w:rPr>
        <w:t>学院推免工作监督小组，负责全程监督推免工作，接受实名申诉和举报。学生对推免结果有异议，可在公示期内向监督小组提出书面复议申请。</w:t>
      </w:r>
    </w:p>
    <w:p>
      <w:pPr>
        <w:spacing w:after="80" w:lineRule="auto" w:line="360"/>
        <w:ind w:firstLine="482"/>
        <w:jc w:val="both"/>
      </w:pPr>
      <w:r>
        <w:rPr>
          <w:rFonts w:ascii="Times New Roman" w:hAnsi="Times New Roman" w:eastAsia="宋体"/>
          <w:b w:val="0"/>
          <w:sz w:val="24"/>
        </w:rPr>
        <w:t>学院监督电话：0571-63746789</w:t>
      </w:r>
    </w:p>
    <w:p>
      <w:pPr>
        <w:spacing w:after="80" w:lineRule="auto" w:line="360"/>
        <w:ind w:firstLine="482"/>
        <w:jc w:val="both"/>
      </w:pPr>
      <w:r>
        <w:rPr>
          <w:rFonts w:ascii="Times New Roman" w:hAnsi="Times New Roman" w:eastAsia="宋体"/>
          <w:b w:val="0"/>
          <w:sz w:val="24"/>
        </w:rPr>
        <w:t>E-mail：20020055@zafu.edu.cn</w:t>
      </w:r>
    </w:p>
    <w:p>
      <w:pPr>
        <w:spacing w:before="160" w:after="80" w:lineRule="auto" w:line="360"/>
        <w:jc w:val="left"/>
      </w:pPr>
      <w:r>
        <w:rPr>
          <w:rFonts w:ascii="Times New Roman" w:hAnsi="Times New Roman" w:eastAsia="宋体"/>
          <w:b/>
          <w:sz w:val="28"/>
        </w:rPr>
        <w:t>五、温馨提醒</w:t>
      </w:r>
    </w:p>
    <w:p>
      <w:pPr>
        <w:spacing w:after="80" w:lineRule="auto" w:line="360"/>
        <w:ind w:firstLine="482"/>
        <w:jc w:val="both"/>
      </w:pPr>
      <w:r>
        <w:rPr>
          <w:rFonts w:ascii="Times New Roman" w:hAnsi="Times New Roman" w:eastAsia="宋体"/>
          <w:b w:val="0"/>
          <w:sz w:val="24"/>
        </w:rPr>
        <w:t>（一）学生申请材料务必按规定时间节点上交，逾期不再受理。所有申请材料使用标准A4档案袋单独装袋提交。每个档案袋正面须清晰注明学生专业、姓名、学号、申请事由（2026年研究生推免）及材料清单。材料袋内部应按清单顺序整理材料，无需另行装订。</w:t>
      </w:r>
    </w:p>
    <w:p>
      <w:pPr>
        <w:spacing w:after="80" w:lineRule="auto" w:line="360"/>
        <w:ind w:firstLine="482"/>
        <w:jc w:val="both"/>
      </w:pPr>
      <w:r>
        <w:rPr>
          <w:rFonts w:ascii="Times New Roman" w:hAnsi="Times New Roman" w:eastAsia="宋体"/>
          <w:b w:val="0"/>
          <w:sz w:val="24"/>
        </w:rPr>
        <w:t>（二）申请材料须如实填报，对于弄虚作假和随意捏造成果的，学院、学校将给予严肃处理。</w:t>
      </w:r>
    </w:p>
    <w:p>
      <w:pPr>
        <w:spacing w:after="80" w:lineRule="auto" w:line="360"/>
        <w:ind w:firstLine="482"/>
        <w:jc w:val="both"/>
      </w:pPr>
      <w:r>
        <w:rPr>
          <w:rFonts w:ascii="Times New Roman" w:hAnsi="Times New Roman" w:eastAsia="宋体"/>
          <w:b w:val="0"/>
          <w:sz w:val="24"/>
        </w:rPr>
        <w:t>本通知未尽事宜，由学院推免生遴选工作领导小组负责解释。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1.浙江农林大学推荐免试攻读硕士学位研究生申请表</w:t>
      </w:r>
    </w:p>
    <w:p>
      <w:pPr>
        <w:spacing w:after="80" w:lineRule="auto" w:line="360"/>
        <w:ind w:firstLine="482"/>
        <w:jc w:val="both"/>
      </w:pPr>
      <w:r>
        <w:rPr>
          <w:rFonts w:ascii="Times New Roman" w:hAnsi="Times New Roman" w:eastAsia="宋体"/>
          <w:b w:val="0"/>
          <w:sz w:val="24"/>
        </w:rPr>
        <w:t>2.符合推免申请条件学生放弃推免申请资格声明</w:t>
      </w:r>
    </w:p>
    <w:p>
      <w:pPr>
        <w:spacing w:after="80" w:lineRule="auto" w:line="360"/>
        <w:ind w:firstLine="482"/>
        <w:jc w:val="both"/>
      </w:pPr>
      <w:r>
        <w:rPr>
          <w:rFonts w:ascii="Times New Roman" w:hAnsi="Times New Roman" w:eastAsia="宋体"/>
          <w:b w:val="0"/>
          <w:sz w:val="24"/>
        </w:rPr>
        <w:t>3.浙江农林大学推免承诺书</w:t>
      </w:r>
    </w:p>
    <w:p>
      <w:pPr>
        <w:spacing w:after="80" w:lineRule="auto" w:line="360"/>
        <w:ind w:firstLine="482"/>
        <w:jc w:val="both"/>
      </w:pPr>
      <w:r>
        <w:rPr>
          <w:rFonts w:ascii="Times New Roman" w:hAnsi="Times New Roman" w:eastAsia="宋体"/>
          <w:b w:val="0"/>
          <w:sz w:val="24"/>
        </w:rPr>
        <w:t>4.本科生一类学科竞赛名单</w:t>
      </w:r>
    </w:p>
    <w:p>
      <w:pPr>
        <w:spacing w:after="80" w:lineRule="auto" w:line="360"/>
        <w:ind w:firstLine="482"/>
        <w:jc w:val="both"/>
      </w:pPr>
      <w:r>
        <w:rPr>
          <w:rFonts w:ascii="Times New Roman" w:hAnsi="Times New Roman" w:eastAsia="宋体"/>
          <w:b w:val="0"/>
          <w:sz w:val="24"/>
        </w:rPr>
        <w:t>5.《浙江农林大学数学与计算机科学学院关于推荐优秀应届本科毕业生免试攻读研究生工作实施细则（试行）》</w:t>
      </w:r>
    </w:p>
    <w:p>
      <w:pPr>
        <w:spacing w:after="80" w:lineRule="auto" w:line="360"/>
        <w:ind w:firstLine="482"/>
        <w:jc w:val="both"/>
      </w:pPr>
      <w:r>
        <w:rPr>
          <w:rFonts w:ascii="Times New Roman" w:hAnsi="Times New Roman" w:eastAsia="宋体"/>
          <w:b w:val="0"/>
          <w:sz w:val="24"/>
        </w:rPr>
        <w:t>数学与计算机科学学院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