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北京大学人口研究所2026年接收推荐免试研究生复试通知及细则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人口研究所将在复试阶段对考生进行资格审查和人证识别。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身份资格证明：考生需出示居民身份证和学生证。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前考生须签订《诚信考试承诺书》、《保密责任书》、《知情同意书》，知晓《致报考攻读北京大学2026年专业硕士学位研究生的告知书》的相关内容并签字，参加复试时现场提交。申请人须保证全部申请材料真实准确，若提供虚假材料、考试作弊或有其他违纪行为，将按《中华人民共和国教育法》及《国家教育考试违规处理办法》（教育部令第33号）严肃处理直至取消拟录取资格。考生不得对外透露或以任何形式传播复试试题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复试时间：2025年9月22日上午8:30开始学术型硕士研究生复试；2025年9月23日上午8:30开始社会工作专业学位硕士研究生复试。考生需提前30分钟（8:00整）到待考地点报到进行面试抽签。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复试形式：现场复试。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复试地点：北京大学人口研究所201会议室；待考地点：北京大学人口研究所217会议室。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包括思想政治素质、学科知识结构、科学研究潜力和语言能力的考核。考生须回答面试专家提出的问题，重点考察学科专业知识掌握情况、科研水平及潜力、中英文语言表达和逻辑思维等综合能力。面试考核评分采取百分制，60分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总成绩计算规则：复试成绩不及格者不予录取。复试成绩及格者，依考生的面试考核评分排名以招生名额为限依次择优录取。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面试过程：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（1）考生进入待考室，工作人员宣布考场规则和面试流程，进行顺序抽签后在待考室等候。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（2）按抽签顺序进入复试地点进行面试。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（3）考生进行面试抽题回答问题。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（4）回答完毕，按面试组长要求当场签署《面试确认书》。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（5）流程结束后离开复试地点，面试结束。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说明：未参加复试者视为自动放弃复试资格。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特别提示：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考生须本人亲自参加考试，独立完成作答，不得求助他人或其他工具。如有替考、助考和作弊等行为将取消考试成绩。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人口研究所将对考试全程录音录像。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考生复试时需出示本人有效身份证件原件。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入校采用预约方式，由人口研究所统一预约，考生请于9月22日和9月23日上午7:00凭有效身份证从东侧门入校。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考生餐食自备。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联系电话：010-62751974，邮箱：rkyjs@pku.edu.cn。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