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关于外国语学院推荐优秀应届本科毕业生免试攻读研究生的公示-外国语学院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印发〈塔里木大学推荐优秀应届毕业生免试攻读研究生实施办法（试行）〉》（校发[2025]90号）、《塔里木大学关于做好2026年推荐优秀应届本科毕业生免试攻读研究生工作的通知》及《外国语学院2026年推荐免试研究生工作实施细则》，经过学生自愿申请、材料初步审核、初步审核结果公示、学院推免工作小组审核，现最终确定学院推荐2026年免试研究生名单，并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一、推荐免试研究生名单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英语2022级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12031222126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2025年9月8日-2025年9月9日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公示期间有任何问题可反馈至学院教务办：0997-4680317。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