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公共管理学院2026年推荐优秀应届本科毕业生免试攻读研究生推荐遴选方案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共管理学院2026年推荐优秀应届本科毕业生免试攻读研究生推荐遴选方案。为进一步规范学院推荐优秀应届本科毕业生免试攻读研究生（以下简称“推免生”）工作，提高硕士研究生的生源质量，加大拔尖创新人才选拔力度，根据我校相关工作的规定，结合我院实际情况，制定本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组长：周向阳 柯新利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成员：汪文雄 王家合 罗晓峰 丁艳华 彭开丽 曾晨 周义 宋钰 程妮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秘书：薛娟 周爱菊 王怡诺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纪检监督：罗晓峰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二、推免生指标分配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（一）分配原则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学院根据专业人数和专业建设情况统筹分配指标。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（二）分配指标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专业人数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推荐名额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工程管理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土地资源管理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