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学号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一、科学教育学院推免生推荐候选人名单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发布日期：2025年8月28日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总平均学分绩点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平均学分绩点分数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综合能力考核成绩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科学教育（本）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22科学教育（本）1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220415010114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黄子曦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科学教育（本）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22科学教育（本）1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220415010120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3.726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二、国际教师教育学院推免生推荐候选人名单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班级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总平均学分绩点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平均学分绩点分数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综合能力考核成绩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排序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生物科学-国教（本）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22生物科学-国教（本）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220408010134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周旭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4.001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85.5095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生物科学-国教（本）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22生物科学-国教（本）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220409010226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3.905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84.5975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84.5975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公示时间：2025年8月28日-8月30日。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公示期内如有异议，请实名以书面、面谈或电子邮件形式向学院反映。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学院监督投诉电话：13654312405。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学院监督投诉邮箱：changchun214@126.com。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2025年8月28日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