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中国语言文学系2026届本科毕业生免试攻读研究生学位推荐名单</w:t>
      </w:r>
    </w:p>
    <w:p>
      <w:pPr>
        <w:spacing w:after="80" w:lineRule="auto" w:line="360"/>
        <w:ind w:firstLine="482"/>
        <w:jc w:val="both"/>
      </w:pPr>
      <w:r>
        <w:rPr>
          <w:rFonts w:ascii="Times New Roman" w:hAnsi="Times New Roman" w:eastAsia="宋体"/>
          <w:b w:val="0"/>
          <w:sz w:val="24"/>
        </w:rPr>
        <w:t>中山大学中国语言文学系2026届本科毕业生免试攻读研究生学位推荐名单已公布，本名单共26人，按综合成绩排名排序，包含学号、姓名、综合成绩排名及备注信息。备注1标注“拔尖计划2.0”的学生共13人，备注2标注“第二志愿：支教类”的学生1人（王欣怡）。</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一、推荐名单概况</w:t>
      </w:r>
    </w:p>
    <w:p>
      <w:pPr>
        <w:spacing w:after="80" w:lineRule="auto" w:line="360"/>
        <w:ind w:firstLine="482"/>
        <w:jc w:val="both"/>
      </w:pPr>
      <w:r>
        <w:rPr>
          <w:rFonts w:ascii="Times New Roman" w:hAnsi="Times New Roman" w:eastAsia="宋体"/>
          <w:b w:val="0"/>
          <w:sz w:val="24"/>
        </w:rPr>
        <w:t>1. 本名单为中山大学中国语言文学系2026届本科毕业生免试攻读研究生学位推荐名单，共26人。</w:t>
      </w:r>
    </w:p>
    <w:p>
      <w:pPr>
        <w:spacing w:after="80" w:lineRule="auto" w:line="360"/>
        <w:ind w:firstLine="482"/>
        <w:jc w:val="both"/>
      </w:pPr>
      <w:r>
        <w:rPr>
          <w:rFonts w:ascii="Times New Roman" w:hAnsi="Times New Roman" w:eastAsia="宋体"/>
          <w:b w:val="0"/>
          <w:sz w:val="24"/>
        </w:rPr>
        <w:t>2. 名单按综合成绩排名排序，包含学号、姓名、综合成绩排名及备注信息。</w:t>
      </w:r>
    </w:p>
    <w:p>
      <w:pPr>
        <w:spacing w:after="80" w:lineRule="auto" w:line="360"/>
        <w:ind w:firstLine="482"/>
        <w:jc w:val="both"/>
      </w:pPr>
      <w:r>
        <w:rPr>
          <w:rFonts w:ascii="Times New Roman" w:hAnsi="Times New Roman" w:eastAsia="宋体"/>
          <w:b w:val="0"/>
          <w:sz w:val="24"/>
        </w:rPr>
        <w:t>3. 备注1标注“拔尖计划2.0”的学生共13人，备注2标注“第二志愿：支教类”的学生1人（王欣怡）。</w:t>
      </w:r>
    </w:p>
    <w:p>
      <w:pPr>
        <w:spacing w:before="160" w:after="80" w:lineRule="auto" w:line="360"/>
        <w:jc w:val="left"/>
      </w:pPr>
      <w:r>
        <w:rPr>
          <w:rFonts w:ascii="Times New Roman" w:hAnsi="Times New Roman" w:eastAsia="宋体"/>
          <w:b/>
          <w:sz w:val="28"/>
        </w:rPr>
        <w:t>二、名单明细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综合成绩排名</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韩煦</w:t>
            </w:r>
          </w:p>
        </w:tc>
        <w:tc>
          <w:tcPr>
            <w:tcW w:type="dxa" w:w="1727"/>
          </w:tcPr>
          <w:p>
            <w:pPr>
              <w:spacing w:after="20" w:before="20"/>
            </w:pPr>
            <w:r/>
            <w:r>
              <w:rPr>
                <w:rFonts w:ascii="Times New Roman" w:hAnsi="Times New Roman" w:eastAsia="宋体"/>
                <w:b w:val="0"/>
                <w:sz w:val="21"/>
              </w:rPr>
              <w:t>20315023</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许静</w:t>
            </w:r>
          </w:p>
        </w:tc>
        <w:tc>
          <w:tcPr>
            <w:tcW w:type="dxa" w:w="1727"/>
          </w:tcPr>
          <w:p>
            <w:pPr>
              <w:spacing w:after="20" w:before="20"/>
            </w:pPr>
            <w:r/>
            <w:r>
              <w:rPr>
                <w:rFonts w:ascii="Times New Roman" w:hAnsi="Times New Roman" w:eastAsia="宋体"/>
                <w:b w:val="0"/>
                <w:sz w:val="21"/>
              </w:rPr>
              <w:t>22356063</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袁辰悦</w:t>
            </w:r>
          </w:p>
        </w:tc>
        <w:tc>
          <w:tcPr>
            <w:tcW w:type="dxa" w:w="1727"/>
          </w:tcPr>
          <w:p>
            <w:pPr>
              <w:spacing w:after="20" w:before="20"/>
            </w:pPr>
            <w:r/>
            <w:r>
              <w:rPr>
                <w:rFonts w:ascii="Times New Roman" w:hAnsi="Times New Roman" w:eastAsia="宋体"/>
                <w:b w:val="0"/>
                <w:sz w:val="21"/>
              </w:rPr>
              <w:t>22356072</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叶海歌</w:t>
            </w:r>
          </w:p>
        </w:tc>
        <w:tc>
          <w:tcPr>
            <w:tcW w:type="dxa" w:w="1727"/>
          </w:tcPr>
          <w:p>
            <w:pPr>
              <w:spacing w:after="20" w:before="20"/>
            </w:pPr>
            <w:r/>
            <w:r>
              <w:rPr>
                <w:rFonts w:ascii="Times New Roman" w:hAnsi="Times New Roman" w:eastAsia="宋体"/>
                <w:b w:val="0"/>
                <w:sz w:val="21"/>
              </w:rPr>
              <w:t>22356067</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陈思妍</w:t>
            </w:r>
          </w:p>
        </w:tc>
        <w:tc>
          <w:tcPr>
            <w:tcW w:type="dxa" w:w="1727"/>
          </w:tcPr>
          <w:p>
            <w:pPr>
              <w:spacing w:after="20" w:before="20"/>
            </w:pPr>
            <w:r/>
            <w:r>
              <w:rPr>
                <w:rFonts w:ascii="Times New Roman" w:hAnsi="Times New Roman" w:eastAsia="宋体"/>
                <w:b w:val="0"/>
                <w:sz w:val="21"/>
              </w:rPr>
              <w:t>22356012</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郑斯瑜</w:t>
            </w:r>
          </w:p>
        </w:tc>
        <w:tc>
          <w:tcPr>
            <w:tcW w:type="dxa" w:w="1727"/>
          </w:tcPr>
          <w:p>
            <w:pPr>
              <w:spacing w:after="20" w:before="20"/>
            </w:pPr>
            <w:r/>
            <w:r>
              <w:rPr>
                <w:rFonts w:ascii="Times New Roman" w:hAnsi="Times New Roman" w:eastAsia="宋体"/>
                <w:b w:val="0"/>
                <w:sz w:val="21"/>
              </w:rPr>
              <w:t>21315093</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梁嘉倩</w:t>
            </w:r>
          </w:p>
        </w:tc>
        <w:tc>
          <w:tcPr>
            <w:tcW w:type="dxa" w:w="1727"/>
          </w:tcPr>
          <w:p>
            <w:pPr>
              <w:spacing w:after="20" w:before="20"/>
            </w:pPr>
            <w:r/>
            <w:r>
              <w:rPr>
                <w:rFonts w:ascii="Times New Roman" w:hAnsi="Times New Roman" w:eastAsia="宋体"/>
                <w:b w:val="0"/>
                <w:sz w:val="21"/>
              </w:rPr>
              <w:t>22356036</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王佳怡</w:t>
            </w:r>
          </w:p>
        </w:tc>
        <w:tc>
          <w:tcPr>
            <w:tcW w:type="dxa" w:w="1727"/>
          </w:tcPr>
          <w:p>
            <w:pPr>
              <w:spacing w:after="20" w:before="20"/>
            </w:pPr>
            <w:r/>
            <w:r>
              <w:rPr>
                <w:rFonts w:ascii="Times New Roman" w:hAnsi="Times New Roman" w:eastAsia="宋体"/>
                <w:b w:val="0"/>
                <w:sz w:val="21"/>
              </w:rPr>
              <w:t>22356053</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段一璐</w:t>
            </w:r>
          </w:p>
        </w:tc>
        <w:tc>
          <w:tcPr>
            <w:tcW w:type="dxa" w:w="1727"/>
          </w:tcPr>
          <w:p>
            <w:pPr>
              <w:spacing w:after="20" w:before="20"/>
            </w:pPr>
            <w:r/>
            <w:r>
              <w:rPr>
                <w:rFonts w:ascii="Times New Roman" w:hAnsi="Times New Roman" w:eastAsia="宋体"/>
                <w:b w:val="0"/>
                <w:sz w:val="21"/>
              </w:rPr>
              <w:t>22356020</w:t>
            </w:r>
          </w:p>
        </w:tc>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曾佳琪</w:t>
            </w:r>
          </w:p>
        </w:tc>
        <w:tc>
          <w:tcPr>
            <w:tcW w:type="dxa" w:w="1727"/>
          </w:tcPr>
          <w:p>
            <w:pPr>
              <w:spacing w:after="20" w:before="20"/>
            </w:pPr>
            <w:r/>
            <w:r>
              <w:rPr>
                <w:rFonts w:ascii="Times New Roman" w:hAnsi="Times New Roman" w:eastAsia="宋体"/>
                <w:b w:val="0"/>
                <w:sz w:val="21"/>
              </w:rPr>
              <w:t>21306262</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谭安遥</w:t>
            </w:r>
          </w:p>
        </w:tc>
        <w:tc>
          <w:tcPr>
            <w:tcW w:type="dxa" w:w="1727"/>
          </w:tcPr>
          <w:p>
            <w:pPr>
              <w:spacing w:after="20" w:before="20"/>
            </w:pPr>
            <w:r/>
            <w:r>
              <w:rPr>
                <w:rFonts w:ascii="Times New Roman" w:hAnsi="Times New Roman" w:eastAsia="宋体"/>
                <w:b w:val="0"/>
                <w:sz w:val="21"/>
              </w:rPr>
              <w:t>22356048</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杨馥蔓</w:t>
            </w:r>
          </w:p>
        </w:tc>
        <w:tc>
          <w:tcPr>
            <w:tcW w:type="dxa" w:w="1727"/>
          </w:tcPr>
          <w:p>
            <w:pPr>
              <w:spacing w:after="20" w:before="20"/>
            </w:pPr>
            <w:r/>
            <w:r>
              <w:rPr>
                <w:rFonts w:ascii="Times New Roman" w:hAnsi="Times New Roman" w:eastAsia="宋体"/>
                <w:b w:val="0"/>
                <w:sz w:val="21"/>
              </w:rPr>
              <w:t>21303140</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纵瑞珩</w:t>
            </w:r>
          </w:p>
        </w:tc>
        <w:tc>
          <w:tcPr>
            <w:tcW w:type="dxa" w:w="1727"/>
          </w:tcPr>
          <w:p>
            <w:pPr>
              <w:spacing w:after="20" w:before="20"/>
            </w:pPr>
            <w:r/>
            <w:r>
              <w:rPr>
                <w:rFonts w:ascii="Times New Roman" w:hAnsi="Times New Roman" w:eastAsia="宋体"/>
                <w:b w:val="0"/>
                <w:sz w:val="21"/>
              </w:rPr>
              <w:t>22356087</w:t>
            </w:r>
          </w:p>
        </w:tc>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唐英芳</w:t>
            </w:r>
          </w:p>
        </w:tc>
        <w:tc>
          <w:tcPr>
            <w:tcW w:type="dxa" w:w="1727"/>
          </w:tcPr>
          <w:p>
            <w:pPr>
              <w:spacing w:after="20" w:before="20"/>
            </w:pPr>
            <w:r/>
            <w:r>
              <w:rPr>
                <w:rFonts w:ascii="Times New Roman" w:hAnsi="Times New Roman" w:eastAsia="宋体"/>
                <w:b w:val="0"/>
                <w:sz w:val="21"/>
              </w:rPr>
              <w:t>21315066</w:t>
            </w:r>
          </w:p>
        </w:tc>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谢梦源</w:t>
            </w:r>
          </w:p>
        </w:tc>
        <w:tc>
          <w:tcPr>
            <w:tcW w:type="dxa" w:w="1727"/>
          </w:tcPr>
          <w:p>
            <w:pPr>
              <w:spacing w:after="20" w:before="20"/>
            </w:pPr>
            <w:r/>
            <w:r>
              <w:rPr>
                <w:rFonts w:ascii="Times New Roman" w:hAnsi="Times New Roman" w:eastAsia="宋体"/>
                <w:b w:val="0"/>
                <w:sz w:val="21"/>
              </w:rPr>
              <w:t>22356062</w:t>
            </w:r>
          </w:p>
        </w:tc>
        <w:tc>
          <w:tcPr>
            <w:tcW w:type="dxa" w:w="1727"/>
          </w:tcPr>
          <w:p>
            <w:pPr>
              <w:spacing w:after="20" w:before="20"/>
            </w:pPr>
            <w:r/>
            <w:r>
              <w:rPr>
                <w:rFonts w:ascii="Times New Roman" w:hAnsi="Times New Roman" w:eastAsia="宋体"/>
                <w:b w:val="0"/>
                <w:sz w:val="21"/>
              </w:rPr>
              <w:t>17</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刘力菲</w:t>
            </w:r>
          </w:p>
        </w:tc>
        <w:tc>
          <w:tcPr>
            <w:tcW w:type="dxa" w:w="1727"/>
          </w:tcPr>
          <w:p>
            <w:pPr>
              <w:spacing w:after="20" w:before="20"/>
            </w:pPr>
            <w:r/>
            <w:r>
              <w:rPr>
                <w:rFonts w:ascii="Times New Roman" w:hAnsi="Times New Roman" w:eastAsia="宋体"/>
                <w:b w:val="0"/>
                <w:sz w:val="21"/>
              </w:rPr>
              <w:t>21301258</w:t>
            </w:r>
          </w:p>
        </w:tc>
        <w:tc>
          <w:tcPr>
            <w:tcW w:type="dxa" w:w="1727"/>
          </w:tcPr>
          <w:p>
            <w:pPr>
              <w:spacing w:after="20" w:before="20"/>
            </w:pPr>
            <w:r/>
            <w:r>
              <w:rPr>
                <w:rFonts w:ascii="Times New Roman" w:hAnsi="Times New Roman" w:eastAsia="宋体"/>
                <w:b w:val="0"/>
                <w:sz w:val="21"/>
              </w:rPr>
              <w:t>18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17</w:t>
            </w:r>
          </w:p>
        </w:tc>
        <w:tc>
          <w:tcPr>
            <w:tcW w:type="dxa" w:w="1727"/>
          </w:tcPr>
          <w:p>
            <w:pPr>
              <w:spacing w:after="20" w:before="20"/>
            </w:pPr>
            <w:r/>
            <w:r>
              <w:rPr>
                <w:rFonts w:ascii="Times New Roman" w:hAnsi="Times New Roman" w:eastAsia="宋体"/>
                <w:b w:val="0"/>
                <w:sz w:val="21"/>
              </w:rPr>
              <w:t>陈梓睿</w:t>
            </w:r>
          </w:p>
        </w:tc>
        <w:tc>
          <w:tcPr>
            <w:tcW w:type="dxa" w:w="1727"/>
          </w:tcPr>
          <w:p>
            <w:pPr>
              <w:spacing w:after="20" w:before="20"/>
            </w:pPr>
            <w:r/>
            <w:r>
              <w:rPr>
                <w:rFonts w:ascii="Times New Roman" w:hAnsi="Times New Roman" w:eastAsia="宋体"/>
                <w:b w:val="0"/>
                <w:sz w:val="21"/>
              </w:rPr>
              <w:t>22356014</w:t>
            </w:r>
          </w:p>
        </w:tc>
        <w:tc>
          <w:tcPr>
            <w:tcW w:type="dxa" w:w="1727"/>
          </w:tcPr>
          <w:p>
            <w:pPr>
              <w:spacing w:after="20" w:before="20"/>
            </w:pPr>
            <w:r/>
            <w:r>
              <w:rPr>
                <w:rFonts w:ascii="Times New Roman" w:hAnsi="Times New Roman" w:eastAsia="宋体"/>
                <w:b w:val="0"/>
                <w:sz w:val="21"/>
              </w:rPr>
              <w:t>19</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18</w:t>
            </w:r>
          </w:p>
        </w:tc>
        <w:tc>
          <w:tcPr>
            <w:tcW w:type="dxa" w:w="1727"/>
          </w:tcPr>
          <w:p>
            <w:pPr>
              <w:spacing w:after="20" w:before="20"/>
            </w:pPr>
            <w:r/>
            <w:r>
              <w:rPr>
                <w:rFonts w:ascii="Times New Roman" w:hAnsi="Times New Roman" w:eastAsia="宋体"/>
                <w:b w:val="0"/>
                <w:sz w:val="21"/>
              </w:rPr>
              <w:t>刘珣</w:t>
            </w:r>
          </w:p>
        </w:tc>
        <w:tc>
          <w:tcPr>
            <w:tcW w:type="dxa" w:w="1727"/>
          </w:tcPr>
          <w:p>
            <w:pPr>
              <w:spacing w:after="20" w:before="20"/>
            </w:pPr>
            <w:r/>
            <w:r>
              <w:rPr>
                <w:rFonts w:ascii="Times New Roman" w:hAnsi="Times New Roman" w:eastAsia="宋体"/>
                <w:b w:val="0"/>
                <w:sz w:val="21"/>
              </w:rPr>
              <w:t>21309278</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19</w:t>
            </w:r>
          </w:p>
        </w:tc>
        <w:tc>
          <w:tcPr>
            <w:tcW w:type="dxa" w:w="1727"/>
          </w:tcPr>
          <w:p>
            <w:pPr>
              <w:spacing w:after="20" w:before="20"/>
            </w:pPr>
            <w:r/>
            <w:r>
              <w:rPr>
                <w:rFonts w:ascii="Times New Roman" w:hAnsi="Times New Roman" w:eastAsia="宋体"/>
                <w:b w:val="0"/>
                <w:sz w:val="21"/>
              </w:rPr>
              <w:t>王欣怡</w:t>
            </w:r>
          </w:p>
        </w:tc>
        <w:tc>
          <w:tcPr>
            <w:tcW w:type="dxa" w:w="1727"/>
          </w:tcPr>
          <w:p>
            <w:pPr>
              <w:spacing w:after="20" w:before="20"/>
            </w:pPr>
            <w:r/>
            <w:r>
              <w:rPr>
                <w:rFonts w:ascii="Times New Roman" w:hAnsi="Times New Roman" w:eastAsia="宋体"/>
                <w:b w:val="0"/>
                <w:sz w:val="21"/>
              </w:rPr>
              <w:t>22356056</w:t>
            </w:r>
          </w:p>
        </w:tc>
        <w:tc>
          <w:tcPr>
            <w:tcW w:type="dxa" w:w="1727"/>
          </w:tcPr>
          <w:p>
            <w:pPr>
              <w:spacing w:after="20" w:before="20"/>
            </w:pPr>
            <w:r/>
            <w:r>
              <w:rPr>
                <w:rFonts w:ascii="Times New Roman" w:hAnsi="Times New Roman" w:eastAsia="宋体"/>
                <w:b w:val="0"/>
                <w:sz w:val="21"/>
              </w:rPr>
              <w:t>21</w:t>
            </w:r>
          </w:p>
        </w:tc>
        <w:tc>
          <w:tcPr>
            <w:tcW w:type="dxa" w:w="1727"/>
          </w:tcPr>
          <w:p>
            <w:pPr>
              <w:spacing w:after="20" w:before="20"/>
            </w:pPr>
            <w:r/>
            <w:r>
              <w:rPr>
                <w:rFonts w:ascii="Times New Roman" w:hAnsi="Times New Roman" w:eastAsia="宋体"/>
                <w:b w:val="0"/>
                <w:sz w:val="21"/>
              </w:rPr>
              <w:t>拔尖计划2.0，第二志愿：支教类</w:t>
            </w:r>
          </w:p>
        </w:tc>
      </w:tr>
      <w:tr>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t>钟晓蕾</w:t>
            </w:r>
          </w:p>
        </w:tc>
        <w:tc>
          <w:tcPr>
            <w:tcW w:type="dxa" w:w="1727"/>
          </w:tcPr>
          <w:p>
            <w:pPr>
              <w:spacing w:after="20" w:before="20"/>
            </w:pPr>
            <w:r/>
            <w:r>
              <w:rPr>
                <w:rFonts w:ascii="Times New Roman" w:hAnsi="Times New Roman" w:eastAsia="宋体"/>
                <w:b w:val="0"/>
                <w:sz w:val="21"/>
              </w:rPr>
              <w:t>22356079</w:t>
            </w:r>
          </w:p>
        </w:tc>
        <w:tc>
          <w:tcPr>
            <w:tcW w:type="dxa" w:w="1727"/>
          </w:tcPr>
          <w:p>
            <w:pPr>
              <w:spacing w:after="20" w:before="20"/>
            </w:pPr>
            <w:r/>
            <w:r>
              <w:rPr>
                <w:rFonts w:ascii="Times New Roman" w:hAnsi="Times New Roman" w:eastAsia="宋体"/>
                <w:b w:val="0"/>
                <w:sz w:val="21"/>
              </w:rPr>
              <w:t>24</w:t>
            </w:r>
          </w:p>
        </w:tc>
        <w:tc>
          <w:tcPr>
            <w:tcW w:type="dxa" w:w="1727"/>
          </w:tcPr>
          <w:p>
            <w:pPr>
              <w:spacing w:after="20" w:before="20"/>
            </w:pPr>
            <w:r/>
            <w:r>
              <w:rPr>
                <w:rFonts w:ascii="Times New Roman" w:hAnsi="Times New Roman" w:eastAsia="宋体"/>
                <w:b w:val="0"/>
                <w:sz w:val="21"/>
              </w:rPr>
              <w:t>拔尖计划2.0</w:t>
            </w:r>
          </w:p>
        </w:tc>
      </w:tr>
      <w:tr>
        <w:tc>
          <w:tcPr>
            <w:tcW w:type="dxa" w:w="1727"/>
          </w:tcPr>
          <w:p>
            <w:pPr>
              <w:spacing w:after="20" w:before="20"/>
            </w:pPr>
            <w:r/>
            <w:r>
              <w:rPr>
                <w:rFonts w:ascii="Times New Roman" w:hAnsi="Times New Roman" w:eastAsia="宋体"/>
                <w:b w:val="0"/>
                <w:sz w:val="21"/>
              </w:rPr>
              <w:t>21</w:t>
            </w:r>
          </w:p>
        </w:tc>
        <w:tc>
          <w:tcPr>
            <w:tcW w:type="dxa" w:w="1727"/>
          </w:tcPr>
          <w:p>
            <w:pPr>
              <w:spacing w:after="20" w:before="20"/>
            </w:pPr>
            <w:r/>
            <w:r>
              <w:rPr>
                <w:rFonts w:ascii="Times New Roman" w:hAnsi="Times New Roman" w:eastAsia="宋体"/>
                <w:b w:val="0"/>
                <w:sz w:val="21"/>
              </w:rPr>
              <w:t>方雨婷</w:t>
            </w:r>
          </w:p>
        </w:tc>
        <w:tc>
          <w:tcPr>
            <w:tcW w:type="dxa" w:w="1727"/>
          </w:tcPr>
          <w:p>
            <w:pPr>
              <w:spacing w:after="20" w:before="20"/>
            </w:pPr>
            <w:r/>
            <w:r>
              <w:rPr>
                <w:rFonts w:ascii="Times New Roman" w:hAnsi="Times New Roman" w:eastAsia="宋体"/>
                <w:b w:val="0"/>
                <w:sz w:val="21"/>
              </w:rPr>
              <w:t>21315067</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22</w:t>
            </w:r>
          </w:p>
        </w:tc>
        <w:tc>
          <w:tcPr>
            <w:tcW w:type="dxa" w:w="1727"/>
          </w:tcPr>
          <w:p>
            <w:pPr>
              <w:spacing w:after="20" w:before="20"/>
            </w:pPr>
            <w:r/>
            <w:r>
              <w:rPr>
                <w:rFonts w:ascii="Times New Roman" w:hAnsi="Times New Roman" w:eastAsia="宋体"/>
                <w:b w:val="0"/>
                <w:sz w:val="21"/>
              </w:rPr>
              <w:t>安思頔</w:t>
            </w:r>
          </w:p>
        </w:tc>
        <w:tc>
          <w:tcPr>
            <w:tcW w:type="dxa" w:w="1727"/>
          </w:tcPr>
          <w:p>
            <w:pPr>
              <w:spacing w:after="20" w:before="20"/>
            </w:pPr>
            <w:r/>
            <w:r>
              <w:rPr>
                <w:rFonts w:ascii="Times New Roman" w:hAnsi="Times New Roman" w:eastAsia="宋体"/>
                <w:b w:val="0"/>
                <w:sz w:val="21"/>
              </w:rPr>
              <w:t>21315179</w:t>
            </w:r>
          </w:p>
        </w:tc>
        <w:tc>
          <w:tcPr>
            <w:tcW w:type="dxa" w:w="1727"/>
          </w:tcPr>
          <w:p>
            <w:pPr>
              <w:spacing w:after="20" w:before="20"/>
            </w:pPr>
            <w:r/>
            <w:r>
              <w:rPr>
                <w:rFonts w:ascii="Times New Roman" w:hAnsi="Times New Roman" w:eastAsia="宋体"/>
                <w:b w:val="0"/>
                <w:sz w:val="21"/>
              </w:rPr>
              <w:t>29</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23</w:t>
            </w:r>
          </w:p>
        </w:tc>
        <w:tc>
          <w:tcPr>
            <w:tcW w:type="dxa" w:w="1727"/>
          </w:tcPr>
          <w:p>
            <w:pPr>
              <w:spacing w:after="20" w:before="20"/>
            </w:pPr>
            <w:r/>
            <w:r>
              <w:rPr>
                <w:rFonts w:ascii="Times New Roman" w:hAnsi="Times New Roman" w:eastAsia="宋体"/>
                <w:b w:val="0"/>
                <w:sz w:val="21"/>
              </w:rPr>
              <w:t>姚怡如</w:t>
            </w:r>
          </w:p>
        </w:tc>
        <w:tc>
          <w:tcPr>
            <w:tcW w:type="dxa" w:w="1727"/>
          </w:tcPr>
          <w:p>
            <w:pPr>
              <w:spacing w:after="20" w:before="20"/>
            </w:pPr>
            <w:r/>
            <w:r>
              <w:rPr>
                <w:rFonts w:ascii="Times New Roman" w:hAnsi="Times New Roman" w:eastAsia="宋体"/>
                <w:b w:val="0"/>
                <w:sz w:val="21"/>
              </w:rPr>
              <w:t>20341107</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24</w:t>
            </w:r>
          </w:p>
        </w:tc>
        <w:tc>
          <w:tcPr>
            <w:tcW w:type="dxa" w:w="1727"/>
          </w:tcPr>
          <w:p>
            <w:pPr>
              <w:spacing w:after="20" w:before="20"/>
            </w:pPr>
            <w:r/>
            <w:r>
              <w:rPr>
                <w:rFonts w:ascii="Times New Roman" w:hAnsi="Times New Roman" w:eastAsia="宋体"/>
                <w:b w:val="0"/>
                <w:sz w:val="21"/>
              </w:rPr>
              <w:t>谭钰露</w:t>
            </w:r>
          </w:p>
        </w:tc>
        <w:tc>
          <w:tcPr>
            <w:tcW w:type="dxa" w:w="1727"/>
          </w:tcPr>
          <w:p>
            <w:pPr>
              <w:spacing w:after="20" w:before="20"/>
            </w:pPr>
            <w:r/>
            <w:r>
              <w:rPr>
                <w:rFonts w:ascii="Times New Roman" w:hAnsi="Times New Roman" w:eastAsia="宋体"/>
                <w:b w:val="0"/>
                <w:sz w:val="21"/>
              </w:rPr>
              <w:t>22356049</w:t>
            </w:r>
          </w:p>
        </w:tc>
        <w:tc>
          <w:tcPr>
            <w:tcW w:type="dxa" w:w="1727"/>
          </w:tcPr>
          <w:p>
            <w:pPr>
              <w:spacing w:after="20" w:before="20"/>
            </w:pPr>
            <w:r/>
            <w:r>
              <w:rPr>
                <w:rFonts w:ascii="Times New Roman" w:hAnsi="Times New Roman" w:eastAsia="宋体"/>
                <w:b w:val="0"/>
                <w:sz w:val="21"/>
              </w:rPr>
              <w:t>31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程远</w:t>
            </w:r>
          </w:p>
        </w:tc>
        <w:tc>
          <w:tcPr>
            <w:tcW w:type="dxa" w:w="1727"/>
          </w:tcPr>
          <w:p>
            <w:pPr>
              <w:spacing w:after="20" w:before="20"/>
            </w:pPr>
            <w:r/>
            <w:r>
              <w:rPr>
                <w:rFonts w:ascii="Times New Roman" w:hAnsi="Times New Roman" w:eastAsia="宋体"/>
                <w:b w:val="0"/>
                <w:sz w:val="21"/>
              </w:rPr>
              <w:t>22356018</w:t>
            </w:r>
          </w:p>
        </w:tc>
        <w:tc>
          <w:tcPr>
            <w:tcW w:type="dxa" w:w="1727"/>
          </w:tcPr>
          <w:p>
            <w:pPr>
              <w:spacing w:after="20" w:before="20"/>
            </w:pPr>
            <w:r/>
            <w:r>
              <w:rPr>
                <w:rFonts w:ascii="Times New Roman" w:hAnsi="Times New Roman" w:eastAsia="宋体"/>
                <w:b w:val="0"/>
                <w:sz w:val="21"/>
              </w:rPr>
              <w:t>32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26</w:t>
            </w:r>
          </w:p>
        </w:tc>
        <w:tc>
          <w:tcPr>
            <w:tcW w:type="dxa" w:w="1727"/>
          </w:tcPr>
          <w:p>
            <w:pPr>
              <w:spacing w:after="20" w:before="20"/>
            </w:pPr>
            <w:r/>
            <w:r>
              <w:rPr>
                <w:rFonts w:ascii="Times New Roman" w:hAnsi="Times New Roman" w:eastAsia="宋体"/>
                <w:b w:val="0"/>
                <w:sz w:val="21"/>
              </w:rPr>
              <w:t>肖叶竹</w:t>
            </w:r>
          </w:p>
        </w:tc>
        <w:tc>
          <w:tcPr>
            <w:tcW w:type="dxa" w:w="1727"/>
          </w:tcPr>
          <w:p>
            <w:pPr>
              <w:spacing w:after="20" w:before="20"/>
            </w:pPr>
            <w:r/>
            <w:r>
              <w:rPr>
                <w:rFonts w:ascii="Times New Roman" w:hAnsi="Times New Roman" w:eastAsia="宋体"/>
                <w:b w:val="0"/>
                <w:sz w:val="21"/>
              </w:rPr>
              <w:t>21315110</w:t>
            </w:r>
          </w:p>
        </w:tc>
        <w:tc>
          <w:tcPr>
            <w:tcW w:type="dxa" w:w="1727"/>
          </w:tcPr>
          <w:p>
            <w:pPr>
              <w:spacing w:after="20" w:before="20"/>
            </w:pPr>
            <w:r/>
            <w:r>
              <w:rPr>
                <w:rFonts w:ascii="Times New Roman" w:hAnsi="Times New Roman" w:eastAsia="宋体"/>
                <w:b w:val="0"/>
                <w:sz w:val="21"/>
              </w:rPr>
              <w:t>39</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三、备注说明</w:t>
      </w:r>
    </w:p>
    <w:p>
      <w:pPr>
        <w:spacing w:after="80" w:lineRule="auto" w:line="360"/>
        <w:ind w:firstLine="482"/>
        <w:jc w:val="both"/>
      </w:pPr>
      <w:r>
        <w:rPr>
          <w:rFonts w:ascii="Times New Roman" w:hAnsi="Times New Roman" w:eastAsia="宋体"/>
          <w:b w:val="0"/>
          <w:sz w:val="24"/>
        </w:rPr>
        <w:t>1. 名单中排名空缺（如排名12、15、22、23、26-28、33-38等）未显示对应学生，可能因未获推荐资格或未列入本名单。</w:t>
      </w:r>
    </w:p>
    <w:p>
      <w:pPr>
        <w:spacing w:after="80" w:lineRule="auto" w:line="360"/>
        <w:ind w:firstLine="482"/>
        <w:jc w:val="both"/>
      </w:pPr>
      <w:r>
        <w:rPr>
          <w:rFonts w:ascii="Times New Roman" w:hAnsi="Times New Roman" w:eastAsia="宋体"/>
          <w:b w:val="0"/>
          <w:sz w:val="24"/>
        </w:rPr>
        <w:t>2. 本名单为公示推荐名单，具体接收流程及后续安排以中山大学及中国语言文学系官方通知为准。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