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西藏大学2026年推免硕士（直博）研究生拟录取名单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西藏大学2026年推免硕士（直博）研究生拟录取名单以PDF附件形式发布，网页正文未展示名单明细。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发布日期（推定）：2025年10月17日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名单总人数未在网页正文中公示，具体人数详见附件《西藏大学2026年推免硕士（直博）研究生拟录取名单.pdf》。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涵盖专业未在网页正文中公示，具体专业详见附件。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未在网页正文中公示。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未在网页正文中公示。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拟录取名单以PDF附件形式发布，网页正文未展示名单明细。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如有疑问，可联系西藏大学研究生处。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