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马克思主义学院关于举办2025年优秀大学生暑期夏令营的通知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马克思主义学院关于举办2025年优秀大学生暑期夏令营的通知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发布日期（推定）：2025年9月8日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一、学校及学院简介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西安建筑科技大学是我国著名的土木、建筑“老八校”之一，现为“国家建设高水平大学项目”和“中西部高校基础能力建设工程”实施院校，陕西省、教育部与住房和城乡建设部共建高校。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马克思主义学院始建于1956年，2016年5月更名为马克思主义学院，2022年8月入选陕西省重点马克思主义学院。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学院现有“马克思主义理论”、“哲学”2个一级学科硕士点，3个省级教学科研平台，1个陕西高校思政课省级名师工作室。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学院现有教授10人、副教授30人，具有博士学位的教师59人，硕士研究生导师22人。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在读的外校及本校2026年本科应届毕业生。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具有良好的思想品德和政治素质，遵纪守法，未受过任何形式的处分，身心健康。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就读高校应为具有推荐免试资格的高校。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所学专业学习成绩优秀，对马克思主义理论学科有较为浓烈的学习兴趣和研究潜力。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英语水平优秀。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三、申请流程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报名时间：2025年7月4日至7月10日。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上传材料：在报名二维码填报信息并上传申请材料扫描件，材料以PDF格式合并为一个文件上传，命名格式为“姓名+本科所在学校”。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材料清单：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（1）本科阶段截止目前成绩单1份（加盖学校或院系教务部门公章）；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（2）成绩排名及外语水平证明；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（3）个人简历（A4纸，不做字数要求）；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（4）身份证（正反）、学生证扫描件；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（5）其他证明材料1份，包括获奖证书、实习实践经历、科研学术表现的证明材料等。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特别说明：线上报名，无需邮寄纸质材料，逾期不再接受申请。申请材料发送后，请加入西建大马院2025夏令营QQ群（群号：223899892）。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材料审核：夏令营材料审核工作于7月11日前结束，入选学生名单将在QQ群里公布，未在公布名单中的同学均为未入选者，不再另行通知。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四、活动形式及时间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夏令营时间为2025年7月16日至7月18日，期间安排学术报告、参观座谈、师生互动交流等多种活动。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具体日程：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（1）7月16日（周三）下午：报到；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（2）7月17日（周四）上午：开幕式、学术报告；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（3）7月17日（周四）下午：参观校园和校史馆；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（4）7月18日（周五）：师生交流。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学生所申报的各种信息和申请材料必须真实，如有弄虚作假现象，一经查实，取消申请人所获得的相关资格。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夏令营活动坚持“安全第一”原则，参加学生须遵守西安建筑科技大学相关规定，按照学院统一安排参加各项活动，并注意安全。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本次活动不收取任何费用，夏令营活动期间对西安市以外的学生统一安排食宿。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报名二维码：见原通知页面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