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外国语学院卓越教师计划2026届本科生免试攻读研究生推免细则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本通知为外国语学院卓越教师计划2026届本科生免试攻读研究生推免细则，具体内容详见附件。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附件文件名为“外国语学院卓越教师计划2026届本科生免试攻读研究生推免细则.pdf”。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初审联系人：韩俪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复审联系人：柳锦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终审联系人：金万锋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学院地址：吉林省长春市净月高新技术产业开发区博学路377号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