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武汉大学计算机学院2025年优秀大学生夏令营入营公告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计算机学院根据《武汉大学计算机学院2025年优秀大学生夏令营》相关规定，经工作组审核资料，专家组评议，学院研究生招生工作领导小组研究决定，确定了230名入营营员，具体名单见附件1。夏令营相关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一、系统确认及加群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拟参加武汉大学计算机学院夏令营的入营同学请于2025年7月6日中午17:00之前进入报名系统确认是否参加，逾期视为自动放弃参营资格。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营员名单公布后，参营营员尽快加入QQ群“whucs2025夏令营群”，群号：891052084（请实名申请入群，入群后修改群名片为本人姓名）。后续通知将在群内发布，请务必加入。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二、报到及活动安排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入营营员报到时需提供申请表、个人陈述及其他证明等纸质材料。申请表上须有本人所在学校院系推荐意见和教务部门（学院）盖章。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纸质材料须按以下顺序整理装订（左上角一个订书钉）：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（1）“武汉大学计算机学院2025年优秀大学生夏令营”申请表（按要求签字盖章）；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（2）国家六级或雅思或托福成绩单；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（3）前两年半或三年学习成绩单（需盖章）；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（4）各类学术水平代表性成果（按级别从高到低排序整理）；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（5）各类证书（按级别从高到低排序整理）；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（6）个人陈述；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（7）诚信参加夏令营选拔考核承诺书（模板见附件2）。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活动项目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地点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7月9日9:00-11:00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营员报到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学院B405会议室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7月9日15:00-17:00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开营仪式、院系介绍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计-101教室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7月10日全天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学生展示、导师座谈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学院各会议室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