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东华理工大学地球物理与空间探测学院推荐2026届优秀本科毕业生免试攻读研究生工作细则</w:t>
      </w:r>
    </w:p>
    <w:p>
      <w:pPr>
        <w:spacing w:after="80" w:lineRule="auto" w:line="360"/>
        <w:ind w:firstLine="482"/>
        <w:jc w:val="both"/>
      </w:pPr>
      <w:r>
        <w:rPr>
          <w:rFonts w:ascii="Times New Roman" w:hAnsi="Times New Roman" w:eastAsia="宋体"/>
          <w:b w:val="0"/>
          <w:sz w:val="24"/>
        </w:rPr>
        <w:t>为做好推荐2026届优秀应届本科毕业生免试攻读硕士学位研究生工作（以下简称推免工作，相关学生简称推免生），根据《东华理工大学推荐优秀应届本科毕业生免试攻读硕士研究生工作办法（试行）》（校政字〔2025〕79号）相关规定，结合学院实际，特制订本工作细则。具体详见以下附件：</w:t>
      </w:r>
    </w:p>
    <w:p>
      <w:pPr>
        <w:spacing w:after="80" w:lineRule="auto" w:line="360"/>
        <w:ind w:firstLine="482"/>
        <w:jc w:val="both"/>
      </w:pPr>
      <w:r>
        <w:rPr>
          <w:rFonts w:ascii="Times New Roman" w:hAnsi="Times New Roman" w:eastAsia="宋体"/>
          <w:b w:val="0"/>
          <w:sz w:val="24"/>
        </w:rPr>
        <w:t>发布日期（推定）：2025年8月31日</w:t>
      </w:r>
    </w:p>
    <w:p>
      <w:pPr>
        <w:spacing w:before="160" w:after="80" w:lineRule="auto" w:line="360"/>
        <w:jc w:val="left"/>
      </w:pPr>
      <w:r>
        <w:rPr>
          <w:rFonts w:ascii="Times New Roman" w:hAnsi="Times New Roman" w:eastAsia="宋体"/>
          <w:b/>
          <w:sz w:val="28"/>
        </w:rPr>
        <w:t>一、附件清单</w:t>
      </w:r>
    </w:p>
    <w:p>
      <w:pPr>
        <w:spacing w:after="80" w:lineRule="auto" w:line="360"/>
        <w:ind w:firstLine="482"/>
        <w:jc w:val="both"/>
      </w:pPr>
      <w:r>
        <w:rPr>
          <w:rFonts w:ascii="Times New Roman" w:hAnsi="Times New Roman" w:eastAsia="宋体"/>
          <w:b w:val="0"/>
          <w:sz w:val="24"/>
        </w:rPr>
        <w:t>1. 附件1：东华理工大学推荐优秀应届本科毕业生免试攻读硕士研究生工作办法（试行）.docx</w:t>
      </w:r>
    </w:p>
    <w:p>
      <w:pPr>
        <w:spacing w:after="80" w:lineRule="auto" w:line="360"/>
        <w:ind w:firstLine="482"/>
        <w:jc w:val="both"/>
      </w:pPr>
      <w:r>
        <w:rPr>
          <w:rFonts w:ascii="Times New Roman" w:hAnsi="Times New Roman" w:eastAsia="宋体"/>
          <w:b w:val="0"/>
          <w:sz w:val="24"/>
        </w:rPr>
        <w:t>2. 附件2：地空学院院字〔2025〕-9号东华理工大学地球物理与空间探测学院推荐优秀应届本科毕业生免试攻读硕士研究生工作细则.pdf</w:t>
      </w:r>
    </w:p>
    <w:p>
      <w:pPr>
        <w:spacing w:after="80" w:lineRule="auto" w:line="360"/>
        <w:ind w:firstLine="482"/>
        <w:jc w:val="both"/>
      </w:pPr>
      <w:r>
        <w:rPr>
          <w:rFonts w:ascii="Times New Roman" w:hAnsi="Times New Roman" w:eastAsia="宋体"/>
          <w:b w:val="0"/>
          <w:sz w:val="24"/>
        </w:rPr>
        <w:t>3. 附件3：地球物理与空间探测学院—东华理工大学2026届本科毕业生推免拟推荐名单汇总表.xls</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