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复旦大学新闻学院2027年推免生招生进入复试考生名单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复旦大学新闻学院2027年推免生招生进入复试考生名单已公布，名单以PDF附件形式发布，文件名为“复旦大学新闻学院2027年推免生招生进入复试考生名单.pdf”。发布日期（推定）：2026年7月3日。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本名单为复旦大学新闻学院2027年推免生招生进入复试考生名单。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名单具体人数、专业/学院明细、排名或评分方式、公示期等信息未在正文中列出，需查看随附PDF文件。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复旦大学新闻学院2027年推免生招生进入复试考生名单.pdf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地址：上海市杨浦区国定路400号复旦大学新闻学院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邮箱：j-school@fudan.edu.cn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