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本公示为动科动医学院接收推免生复试成绩公示（专硕），共公示拟录取推免生 6 人，拟录取专业（领域）均为兽医硕士，专业（领域）代码均为 095200，复试成绩采用百分制，备注均为“拟录取”。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徐笑然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任梓棋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陈昌静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蒋奇森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三、成绩排序说明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本次公示名单按复试成绩（百分制）由高到低排序。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复试成绩最高为 90.44 分（徐笑然），最低为 87.20 分（蒋奇森）。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公示名单共 6 人，全部为兽医硕士专业拟录取。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