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合肥工业大学推荐优秀应届本科毕业生免试攻读硕士学位研究生工作暂行办法</w:t>
      </w:r>
    </w:p>
    <w:p>
      <w:pPr>
        <w:spacing w:after="80" w:lineRule="auto" w:line="360"/>
        <w:ind w:firstLine="482"/>
        <w:jc w:val="both"/>
      </w:pPr>
      <w:r>
        <w:rPr>
          <w:rFonts w:ascii="Times New Roman" w:hAnsi="Times New Roman" w:eastAsia="宋体"/>
          <w:b w:val="0"/>
          <w:sz w:val="24"/>
        </w:rPr>
        <w:t>合肥工业大学推荐优秀应届本科毕业生免试攻读硕士学位研究生工作暂行办法依据《全国普通高等学校推荐优秀应届本科毕业生免试攻读硕士学位研究生工作管理办法（试行）》（教学〔2006〕14号）、《教育部办公厅关于进一步完善推荐优秀应届本科毕业生免试攻读研究生工作办法的通知》（教学厅〔2014〕5号）等相关规定制定。推免生工作坚持德、智、体、美、劳全面衡量、择优选拔，在学习和科研能力综合测评基础上突出对学生科研创新潜质和专业能力倾向的考查，做到公开、公正、公平。推免生对象为学校在国家普通本科招生计划内录取的应届在校本科毕业生，不含专升本、第二学士学位、继续教育学院学生。</w:t>
      </w:r>
    </w:p>
    <w:p>
      <w:pPr>
        <w:spacing w:after="80" w:lineRule="auto" w:line="360"/>
        <w:ind w:firstLine="482"/>
        <w:jc w:val="both"/>
      </w:pPr>
      <w:r>
        <w:rPr>
          <w:rFonts w:ascii="Times New Roman" w:hAnsi="Times New Roman" w:eastAsia="宋体"/>
          <w:b w:val="0"/>
          <w:sz w:val="24"/>
        </w:rPr>
        <w:t>发布日期（推定）：2022年3月7日</w:t>
      </w:r>
    </w:p>
    <w:p>
      <w:pPr>
        <w:spacing w:before="160" w:after="80" w:lineRule="auto" w:line="360"/>
        <w:jc w:val="left"/>
      </w:pPr>
      <w:r>
        <w:rPr>
          <w:rFonts w:ascii="Times New Roman" w:hAnsi="Times New Roman" w:eastAsia="宋体"/>
          <w:b/>
          <w:sz w:val="28"/>
        </w:rPr>
        <w:t>一、组织与领导</w:t>
      </w:r>
    </w:p>
    <w:p>
      <w:pPr>
        <w:spacing w:after="80" w:lineRule="auto" w:line="360"/>
        <w:ind w:firstLine="482"/>
        <w:jc w:val="both"/>
      </w:pPr>
      <w:r>
        <w:rPr>
          <w:rFonts w:ascii="Times New Roman" w:hAnsi="Times New Roman" w:eastAsia="宋体"/>
          <w:b w:val="0"/>
          <w:sz w:val="24"/>
        </w:rPr>
        <w:t>1. 学校成立由分管校领导担任组长的推免生遴选工作领导小组，成员由本科生院、研究生院、纪委办（监察处）、学生工作部、团委负责人及专家教授代表组成。领导小组负责学校推免生工作的组织、协调和监督，审定学校推免生名额分配方案和拟推免生名单，受理关于免试研究生推荐工作的申诉。本科生院教务处负责推免生的相关具体工作。</w:t>
      </w:r>
    </w:p>
    <w:p>
      <w:pPr>
        <w:spacing w:after="80" w:lineRule="auto" w:line="360"/>
        <w:ind w:firstLine="482"/>
        <w:jc w:val="both"/>
      </w:pPr>
      <w:r>
        <w:rPr>
          <w:rFonts w:ascii="Times New Roman" w:hAnsi="Times New Roman" w:eastAsia="宋体"/>
          <w:b w:val="0"/>
          <w:sz w:val="24"/>
        </w:rPr>
        <w:t>2. 各学院成立学院推免生遴选工作小组，负责具体实施本院的推荐工作，成员由各学院院长、党委书记、分管本科教学的副院长、分管学生工作的党委副书记、其他相关负责人及教师代表组成，人数不少于7人。</w:t>
      </w:r>
    </w:p>
    <w:p>
      <w:pPr>
        <w:spacing w:before="160" w:after="80" w:lineRule="auto" w:line="360"/>
        <w:jc w:val="left"/>
      </w:pPr>
      <w:r>
        <w:rPr>
          <w:rFonts w:ascii="Times New Roman" w:hAnsi="Times New Roman" w:eastAsia="宋体"/>
          <w:b/>
          <w:sz w:val="28"/>
        </w:rPr>
        <w:t>二、推免生选拔条件</w:t>
      </w:r>
    </w:p>
    <w:p>
      <w:pPr>
        <w:spacing w:after="80" w:lineRule="auto" w:line="360"/>
        <w:ind w:firstLine="482"/>
        <w:jc w:val="both"/>
      </w:pPr>
      <w:r>
        <w:rPr>
          <w:rFonts w:ascii="Times New Roman" w:hAnsi="Times New Roman" w:eastAsia="宋体"/>
          <w:b w:val="0"/>
          <w:sz w:val="24"/>
        </w:rPr>
        <w:t>1. 基本条件：申请推免的学生须同时满足以下条件：</w:t>
      </w:r>
    </w:p>
    <w:p>
      <w:pPr>
        <w:spacing w:after="80" w:lineRule="auto" w:line="360"/>
        <w:ind w:firstLine="482"/>
        <w:jc w:val="both"/>
      </w:pPr>
      <w:r>
        <w:rPr>
          <w:rFonts w:ascii="Times New Roman" w:hAnsi="Times New Roman" w:eastAsia="宋体"/>
          <w:b w:val="0"/>
          <w:sz w:val="24"/>
        </w:rPr>
        <w:t>（一）具有坚定的理想信念，高尚的爱国主义情操和集体主义精神，遵纪守法，积极向上，身心健康；</w:t>
      </w:r>
    </w:p>
    <w:p>
      <w:pPr>
        <w:spacing w:after="80" w:lineRule="auto" w:line="360"/>
        <w:ind w:firstLine="482"/>
        <w:jc w:val="both"/>
      </w:pPr>
      <w:r>
        <w:rPr>
          <w:rFonts w:ascii="Times New Roman" w:hAnsi="Times New Roman" w:eastAsia="宋体"/>
          <w:b w:val="0"/>
          <w:sz w:val="24"/>
        </w:rPr>
        <w:t>（二）勤奋学习，成绩优良，学术研究兴趣浓厚，有较强的科研创新潜质和专业能力倾向，修读并通过前三学年（五年制为前四学年）全部必修课及专业选修课，平均学业成绩不低于75分（成绩以首次记载原始成绩为准），全国大学外语四级考试成绩不低于425分，英语专业学生TEM4不低于70分或CET6不低于500分；</w:t>
      </w:r>
    </w:p>
    <w:p>
      <w:pPr>
        <w:spacing w:after="80" w:lineRule="auto" w:line="360"/>
        <w:ind w:firstLine="482"/>
        <w:jc w:val="both"/>
      </w:pPr>
      <w:r>
        <w:rPr>
          <w:rFonts w:ascii="Times New Roman" w:hAnsi="Times New Roman" w:eastAsia="宋体"/>
          <w:b w:val="0"/>
          <w:sz w:val="24"/>
        </w:rPr>
        <w:t>（三）诚实守信，学风端正，无任何考试作弊、违反考场纪律和剽窃他人学术成果记录；</w:t>
      </w:r>
    </w:p>
    <w:p>
      <w:pPr>
        <w:spacing w:after="80" w:lineRule="auto" w:line="360"/>
        <w:ind w:firstLine="482"/>
        <w:jc w:val="both"/>
      </w:pPr>
      <w:r>
        <w:rPr>
          <w:rFonts w:ascii="Times New Roman" w:hAnsi="Times New Roman" w:eastAsia="宋体"/>
          <w:b w:val="0"/>
          <w:sz w:val="24"/>
        </w:rPr>
        <w:t>（四）品行表现优良，无违法犯罪记录，截止当年9月1日，没有尚未解除的警告及以上违纪处分。</w:t>
      </w:r>
    </w:p>
    <w:p>
      <w:pPr>
        <w:spacing w:after="80" w:lineRule="auto" w:line="360"/>
        <w:ind w:firstLine="482"/>
        <w:jc w:val="both"/>
      </w:pPr>
      <w:r>
        <w:rPr>
          <w:rFonts w:ascii="Times New Roman" w:hAnsi="Times New Roman" w:eastAsia="宋体"/>
          <w:b w:val="0"/>
          <w:sz w:val="24"/>
        </w:rPr>
        <w:t>2. 综合评价：符合基本条件者，依据学业成绩、创新创业及学术能力、文艺及体育素质、社会工作及社会实践能力等进行综合评价，按照综合评价分数高低择优推荐。</w:t>
      </w:r>
    </w:p>
    <w:p>
      <w:pPr>
        <w:spacing w:after="80" w:lineRule="auto" w:line="360"/>
        <w:ind w:firstLine="482"/>
        <w:jc w:val="both"/>
      </w:pPr>
      <w:r>
        <w:rPr>
          <w:rFonts w:ascii="Times New Roman" w:hAnsi="Times New Roman" w:eastAsia="宋体"/>
          <w:b w:val="0"/>
          <w:sz w:val="24"/>
        </w:rPr>
        <w:t>3. 直接获得资格：符合基本条件，且符合下列条件之一者，经领导小组审议通过后，可直接获得推免生资格，无需参加综合评价：</w:t>
      </w:r>
    </w:p>
    <w:p>
      <w:pPr>
        <w:spacing w:after="80" w:lineRule="auto" w:line="360"/>
        <w:ind w:firstLine="482"/>
        <w:jc w:val="both"/>
      </w:pPr>
      <w:r>
        <w:rPr>
          <w:rFonts w:ascii="Times New Roman" w:hAnsi="Times New Roman" w:eastAsia="宋体"/>
          <w:b w:val="0"/>
          <w:sz w:val="24"/>
        </w:rPr>
        <w:t>（一）平均学业成绩位于专业前6%；</w:t>
      </w:r>
    </w:p>
    <w:p>
      <w:pPr>
        <w:spacing w:after="80" w:lineRule="auto" w:line="360"/>
        <w:ind w:firstLine="482"/>
        <w:jc w:val="both"/>
      </w:pPr>
      <w:r>
        <w:rPr>
          <w:rFonts w:ascii="Times New Roman" w:hAnsi="Times New Roman" w:eastAsia="宋体"/>
          <w:b w:val="0"/>
          <w:sz w:val="24"/>
        </w:rPr>
        <w:t>（二）获得“挑战杯”全国大学生课外学术科技作品竞赛国赛特等奖（排名前三）、一等奖（排名前二）或二等奖（排名第一）；</w:t>
      </w:r>
    </w:p>
    <w:p>
      <w:pPr>
        <w:spacing w:after="80" w:lineRule="auto" w:line="360"/>
        <w:ind w:firstLine="482"/>
        <w:jc w:val="both"/>
      </w:pPr>
      <w:r>
        <w:rPr>
          <w:rFonts w:ascii="Times New Roman" w:hAnsi="Times New Roman" w:eastAsia="宋体"/>
          <w:b w:val="0"/>
          <w:sz w:val="24"/>
        </w:rPr>
        <w:t>（三）获得“挑战杯”中国大学生创业计划竞赛国赛金奖（排名前三）、银奖（排名前二）或铜奖（排名第一）；</w:t>
      </w:r>
    </w:p>
    <w:p>
      <w:pPr>
        <w:spacing w:after="80" w:lineRule="auto" w:line="360"/>
        <w:ind w:firstLine="482"/>
        <w:jc w:val="both"/>
      </w:pPr>
      <w:r>
        <w:rPr>
          <w:rFonts w:ascii="Times New Roman" w:hAnsi="Times New Roman" w:eastAsia="宋体"/>
          <w:b w:val="0"/>
          <w:sz w:val="24"/>
        </w:rPr>
        <w:t>（四）获得中国“互联网+”大学生创新创业大赛国赛金奖（排名前三）、银奖（排名前二）或铜奖（排名第一）；</w:t>
      </w:r>
    </w:p>
    <w:p>
      <w:pPr>
        <w:spacing w:after="80" w:lineRule="auto" w:line="360"/>
        <w:ind w:firstLine="482"/>
        <w:jc w:val="both"/>
      </w:pPr>
      <w:r>
        <w:rPr>
          <w:rFonts w:ascii="Times New Roman" w:hAnsi="Times New Roman" w:eastAsia="宋体"/>
          <w:b w:val="0"/>
          <w:sz w:val="24"/>
        </w:rPr>
        <w:t>（五）在部队荣立二等功及以上的退役人员。</w:t>
      </w:r>
    </w:p>
    <w:p>
      <w:pPr>
        <w:spacing w:after="80" w:lineRule="auto" w:line="360"/>
        <w:ind w:firstLine="482"/>
        <w:jc w:val="both"/>
      </w:pPr>
      <w:r>
        <w:rPr>
          <w:rFonts w:ascii="Times New Roman" w:hAnsi="Times New Roman" w:eastAsia="宋体"/>
          <w:b w:val="0"/>
          <w:sz w:val="24"/>
        </w:rPr>
        <w:t>如同专业符合以上条件者人数超过专业推免名额，符合条件（五）者优先，其余按平均学业成绩排序。</w:t>
      </w:r>
    </w:p>
    <w:p>
      <w:pPr>
        <w:spacing w:after="80" w:lineRule="auto" w:line="360"/>
        <w:ind w:firstLine="482"/>
        <w:jc w:val="both"/>
      </w:pPr>
      <w:r>
        <w:rPr>
          <w:rFonts w:ascii="Times New Roman" w:hAnsi="Times New Roman" w:eastAsia="宋体"/>
          <w:b w:val="0"/>
          <w:sz w:val="24"/>
        </w:rPr>
        <w:t>4. 特殊学术专长：符合基本条件，且有特殊学术专长或具有突出培养潜质者，经三名以上本校本专业教授联名推荐，有关说明材料和教授推荐信经学院严格审核并公示，经学校领导小组严格审查，可不受综合评价排名限制。</w:t>
      </w:r>
    </w:p>
    <w:p>
      <w:pPr>
        <w:spacing w:after="80" w:lineRule="auto" w:line="360"/>
        <w:ind w:firstLine="482"/>
        <w:jc w:val="both"/>
      </w:pPr>
      <w:r>
        <w:rPr>
          <w:rFonts w:ascii="Times New Roman" w:hAnsi="Times New Roman" w:eastAsia="宋体"/>
          <w:b w:val="0"/>
          <w:sz w:val="24"/>
        </w:rPr>
        <w:t>5. 研究生支教团：申请“研究生支教团”专项推免生的，可适当放宽基本条件中关于平均学业成绩和外语水平的要求，不参加综合评价，按照笔试加面试的方式进行排序推荐。</w:t>
      </w:r>
    </w:p>
    <w:p>
      <w:pPr>
        <w:spacing w:before="160" w:after="80" w:lineRule="auto" w:line="360"/>
        <w:jc w:val="left"/>
      </w:pPr>
      <w:r>
        <w:rPr>
          <w:rFonts w:ascii="Times New Roman" w:hAnsi="Times New Roman" w:eastAsia="宋体"/>
          <w:b/>
          <w:sz w:val="28"/>
        </w:rPr>
        <w:t>三、综合评价</w:t>
      </w:r>
    </w:p>
    <w:p>
      <w:pPr>
        <w:spacing w:after="80" w:lineRule="auto" w:line="360"/>
        <w:ind w:firstLine="482"/>
        <w:jc w:val="both"/>
      </w:pPr>
      <w:r>
        <w:rPr>
          <w:rFonts w:ascii="Times New Roman" w:hAnsi="Times New Roman" w:eastAsia="宋体"/>
          <w:b w:val="0"/>
          <w:sz w:val="24"/>
        </w:rPr>
        <w:t>1. 计算公式：综合评价成绩由平均学业成绩、创新创业及学术能力加分、文艺及体育素质加分、社会工作及社会实践能力加分四部分组成。计算公式为：综合评价成绩 = 平均学业成绩×50% + 创新创业及学术能力加分×20% + 文艺及体育素质加分×15% + 社会工作及社会实践能力加分×15%。</w:t>
      </w:r>
    </w:p>
    <w:p>
      <w:pPr>
        <w:spacing w:after="80" w:lineRule="auto" w:line="360"/>
        <w:ind w:firstLine="482"/>
        <w:jc w:val="both"/>
      </w:pPr>
      <w:r>
        <w:rPr>
          <w:rFonts w:ascii="Times New Roman" w:hAnsi="Times New Roman" w:eastAsia="宋体"/>
          <w:b w:val="0"/>
          <w:sz w:val="24"/>
        </w:rPr>
        <w:t>2. 平均学业成绩：指专业教学计划要求的前三学年（五年制专业为前四学年）开设的全部必修课程及专业选修课程的加权平均成绩（成绩以首次记载的原始成绩为准）。</w:t>
      </w:r>
    </w:p>
    <w:p>
      <w:pPr>
        <w:spacing w:after="80" w:lineRule="auto" w:line="360"/>
        <w:ind w:firstLine="482"/>
        <w:jc w:val="both"/>
      </w:pPr>
      <w:r>
        <w:rPr>
          <w:rFonts w:ascii="Times New Roman" w:hAnsi="Times New Roman" w:eastAsia="宋体"/>
          <w:b w:val="0"/>
          <w:sz w:val="24"/>
        </w:rPr>
        <w:t>3. 创新创业及学术能力加分：指学生参加学校认可的各级各类创新创业竞赛、与所学专业相关的学术竞赛、创新创业实践活动等提升创新创业及学术能力的活动，发表与所学专业相关的学术论文，获得与所学专业相关的授权国家（国际）发明专利而获得的加分，最高值为10分。</w:t>
      </w:r>
    </w:p>
    <w:p>
      <w:pPr>
        <w:spacing w:after="80" w:lineRule="auto" w:line="360"/>
        <w:ind w:firstLine="482"/>
        <w:jc w:val="both"/>
      </w:pPr>
      <w:r>
        <w:rPr>
          <w:rFonts w:ascii="Times New Roman" w:hAnsi="Times New Roman" w:eastAsia="宋体"/>
          <w:b w:val="0"/>
          <w:sz w:val="24"/>
        </w:rPr>
        <w:t>4. 文艺及体育素质加分：指学生参加学校认可的各级各类文化艺术竞赛或活动、体育竞赛等提升文艺及体育素质的活动而获得的加分，最高值为5分。</w:t>
      </w:r>
    </w:p>
    <w:p>
      <w:pPr>
        <w:spacing w:after="80" w:lineRule="auto" w:line="360"/>
        <w:ind w:firstLine="482"/>
        <w:jc w:val="both"/>
      </w:pPr>
      <w:r>
        <w:rPr>
          <w:rFonts w:ascii="Times New Roman" w:hAnsi="Times New Roman" w:eastAsia="宋体"/>
          <w:b w:val="0"/>
          <w:sz w:val="24"/>
        </w:rPr>
        <w:t>5. 社会工作及社会实践能力加分：指学生参军入伍服兵役、积极参加学校认可的各项社会实践活动等而获得的加分，最高值为5分。</w:t>
      </w:r>
    </w:p>
    <w:p>
      <w:pPr>
        <w:spacing w:before="160" w:after="80" w:lineRule="auto" w:line="360"/>
        <w:jc w:val="left"/>
      </w:pPr>
      <w:r>
        <w:rPr>
          <w:rFonts w:ascii="Times New Roman" w:hAnsi="Times New Roman" w:eastAsia="宋体"/>
          <w:b/>
          <w:sz w:val="28"/>
        </w:rPr>
        <w:t>四、平均学业成绩</w:t>
      </w:r>
    </w:p>
    <w:p>
      <w:pPr>
        <w:spacing w:after="80" w:lineRule="auto" w:line="360"/>
        <w:ind w:firstLine="482"/>
        <w:jc w:val="both"/>
      </w:pPr>
      <w:r>
        <w:rPr>
          <w:rFonts w:ascii="Times New Roman" w:hAnsi="Times New Roman" w:eastAsia="宋体"/>
          <w:b w:val="0"/>
          <w:sz w:val="24"/>
        </w:rPr>
        <w:t>1. 计算方法：平均学业成绩 = （∑课程成绩×课程学分）/∑课程学分。</w:t>
      </w:r>
    </w:p>
    <w:p>
      <w:pPr>
        <w:spacing w:after="80" w:lineRule="auto" w:line="360"/>
        <w:ind w:firstLine="482"/>
        <w:jc w:val="both"/>
      </w:pPr>
      <w:r>
        <w:rPr>
          <w:rFonts w:ascii="Times New Roman" w:hAnsi="Times New Roman" w:eastAsia="宋体"/>
          <w:b w:val="0"/>
          <w:sz w:val="24"/>
        </w:rPr>
        <w:t>2. 成绩认定：所有课程成绩均以修读该课程的首次记载的原始成绩为准，如首次记载成绩为采用两级制的补考成绩，参照五级制成绩换算后纳入计算。</w:t>
      </w:r>
    </w:p>
    <w:p>
      <w:pPr>
        <w:spacing w:after="80" w:lineRule="auto" w:line="360"/>
        <w:ind w:firstLine="482"/>
        <w:jc w:val="both"/>
      </w:pPr>
      <w:r>
        <w:rPr>
          <w:rFonts w:ascii="Times New Roman" w:hAnsi="Times New Roman" w:eastAsia="宋体"/>
          <w:b w:val="0"/>
          <w:sz w:val="24"/>
        </w:rPr>
        <w:t>3. 五级制换算：采用五级制记载成绩的课程，换算成百分制成绩后纳入计算：优=90分，良=80分，中=70分，及格=60分，不及格=0分。</w:t>
      </w:r>
    </w:p>
    <w:p>
      <w:pPr>
        <w:spacing w:after="80" w:lineRule="auto" w:line="360"/>
        <w:ind w:firstLine="482"/>
        <w:jc w:val="both"/>
      </w:pPr>
      <w:r>
        <w:rPr>
          <w:rFonts w:ascii="Times New Roman" w:hAnsi="Times New Roman" w:eastAsia="宋体"/>
          <w:b w:val="0"/>
          <w:sz w:val="24"/>
        </w:rPr>
        <w:t>4. 分级教学英语课程：采取分级教学的英语课程，同一学期不同级别的英语成绩采用课程成绩乘以系数的办法计入成绩。第一、二、三、四学期分别以一、二、三、四级作为基准级，系数为1；各学期每高一级系数增加0.1，每低一级系数减少0.1。</w:t>
      </w:r>
    </w:p>
    <w:p>
      <w:pPr>
        <w:spacing w:after="80" w:lineRule="auto" w:line="360"/>
        <w:ind w:firstLine="482"/>
        <w:jc w:val="both"/>
      </w:pPr>
      <w:r>
        <w:rPr>
          <w:rFonts w:ascii="Times New Roman" w:hAnsi="Times New Roman" w:eastAsia="宋体"/>
          <w:b w:val="0"/>
          <w:sz w:val="24"/>
        </w:rPr>
        <w:t>5. 不纳入计算的课程：免修的课程和采用二级制记载成绩（不含补考）的课程，不纳入计算。</w:t>
      </w:r>
    </w:p>
    <w:p>
      <w:pPr>
        <w:spacing w:before="160" w:after="80" w:lineRule="auto" w:line="360"/>
        <w:jc w:val="left"/>
      </w:pPr>
      <w:r>
        <w:rPr>
          <w:rFonts w:ascii="Times New Roman" w:hAnsi="Times New Roman" w:eastAsia="宋体"/>
          <w:b/>
          <w:sz w:val="28"/>
        </w:rPr>
        <w:t>五、创新创业及学术能力加分</w:t>
      </w:r>
    </w:p>
    <w:p>
      <w:pPr>
        <w:spacing w:after="80" w:lineRule="auto" w:line="360"/>
        <w:ind w:firstLine="482"/>
        <w:jc w:val="both"/>
      </w:pPr>
      <w:r>
        <w:rPr>
          <w:rFonts w:ascii="Times New Roman" w:hAnsi="Times New Roman" w:eastAsia="宋体"/>
          <w:b w:val="0"/>
          <w:sz w:val="24"/>
        </w:rPr>
        <w:t>1. 加分上限：创新创业及学术能力加分是符合要求的各项竞赛、活动、论文及发明专利加分之和，最高值为10分，超出部分不予计算。</w:t>
      </w:r>
    </w:p>
    <w:p>
      <w:pPr>
        <w:spacing w:after="80" w:lineRule="auto" w:line="360"/>
        <w:ind w:firstLine="482"/>
        <w:jc w:val="both"/>
      </w:pPr>
      <w:r>
        <w:rPr>
          <w:rFonts w:ascii="Times New Roman" w:hAnsi="Times New Roman" w:eastAsia="宋体"/>
          <w:b w:val="0"/>
          <w:sz w:val="24"/>
        </w:rPr>
        <w:t>2. 竞赛加分规则：A、B类赛事由安徽省教育厅认定并发布。如赛事最高奖为一等奖，则一等奖等同于特等奖，以此类推。B类赛事中部分全国性竞赛如有省赛，参照A、B类赛事的校级赛事标准加分。</w:t>
      </w:r>
    </w:p>
    <w:p>
      <w:pPr>
        <w:spacing w:after="80" w:lineRule="auto" w:line="360"/>
        <w:ind w:firstLine="482"/>
        <w:jc w:val="both"/>
      </w:pPr>
      <w:r>
        <w:rPr>
          <w:rFonts w:ascii="Times New Roman" w:hAnsi="Times New Roman" w:eastAsia="宋体"/>
          <w:b w:val="0"/>
          <w:sz w:val="24"/>
        </w:rPr>
        <w:t>3. 累计规则：不同赛事获奖加分可累计，同一赛事多次获奖（包括同一级别赛事多次获奖和同一赛事不同级别多次获奖）不重复计算，只取加分最高的一次。</w:t>
      </w:r>
    </w:p>
    <w:p>
      <w:pPr>
        <w:spacing w:after="80" w:lineRule="auto" w:line="360"/>
        <w:ind w:firstLine="482"/>
        <w:jc w:val="both"/>
      </w:pPr>
      <w:r>
        <w:rPr>
          <w:rFonts w:ascii="Times New Roman" w:hAnsi="Times New Roman" w:eastAsia="宋体"/>
          <w:b w:val="0"/>
          <w:sz w:val="24"/>
        </w:rPr>
        <w:t>4. 赛事认定：不在A、B类赛事范围内的国家或省级的重要创新创业竞赛或活动，由学校相关主管部门提出建议加分方案，经学校领导小组审议通过后提前公布；不在A、B类赛事范围内的国际、国家或省级的专业学术竞赛，由学院确定加分规则并提前公布。</w:t>
      </w:r>
    </w:p>
    <w:p>
      <w:pPr>
        <w:spacing w:after="80" w:lineRule="auto" w:line="360"/>
        <w:ind w:firstLine="482"/>
        <w:jc w:val="both"/>
      </w:pPr>
      <w:r>
        <w:rPr>
          <w:rFonts w:ascii="Times New Roman" w:hAnsi="Times New Roman" w:eastAsia="宋体"/>
          <w:b w:val="0"/>
          <w:sz w:val="24"/>
        </w:rPr>
        <w:t>5. 大创项目加分：大学生创新创业训练计划项目加分不累计，每人只取加分最高的一次，项目必须已结题或通过中期检查。</w:t>
      </w:r>
    </w:p>
    <w:p>
      <w:pPr>
        <w:spacing w:after="80" w:lineRule="auto" w:line="360"/>
        <w:ind w:firstLine="482"/>
        <w:jc w:val="both"/>
      </w:pPr>
      <w:r>
        <w:rPr>
          <w:rFonts w:ascii="Times New Roman" w:hAnsi="Times New Roman" w:eastAsia="宋体"/>
          <w:b w:val="0"/>
          <w:sz w:val="24"/>
        </w:rPr>
        <w:t>6. 论文与专利加分：发表所学学科专业领域内的学术论文和获所学学科专业领域相关的授权国家发明专利可获得加分，加分可累计。论文和专利成果必须以合肥工业大学为第一署名单位，且必须来自于作者本人在学校开展的科学研究工作。</w:t>
      </w:r>
    </w:p>
    <w:p>
      <w:pPr>
        <w:spacing w:before="160" w:after="80" w:lineRule="auto" w:line="360"/>
        <w:jc w:val="left"/>
      </w:pPr>
      <w:r>
        <w:rPr>
          <w:rFonts w:ascii="Times New Roman" w:hAnsi="Times New Roman" w:eastAsia="宋体"/>
          <w:b/>
          <w:sz w:val="28"/>
        </w:rPr>
        <w:t>六、文艺及体育素质加分</w:t>
      </w:r>
    </w:p>
    <w:p>
      <w:pPr>
        <w:spacing w:after="80" w:lineRule="auto" w:line="360"/>
        <w:ind w:firstLine="482"/>
        <w:jc w:val="both"/>
      </w:pPr>
      <w:r>
        <w:rPr>
          <w:rFonts w:ascii="Times New Roman" w:hAnsi="Times New Roman" w:eastAsia="宋体"/>
          <w:b w:val="0"/>
          <w:sz w:val="24"/>
        </w:rPr>
        <w:t>1. 加分上限：文艺及体育素质加分是符合要求的文化艺术竞赛或活动、体育竞赛的加分之和，最高值为5分，超出部分不予计算。</w:t>
      </w:r>
    </w:p>
    <w:p>
      <w:pPr>
        <w:spacing w:after="80" w:lineRule="auto" w:line="360"/>
        <w:ind w:firstLine="482"/>
        <w:jc w:val="both"/>
      </w:pPr>
      <w:r>
        <w:rPr>
          <w:rFonts w:ascii="Times New Roman" w:hAnsi="Times New Roman" w:eastAsia="宋体"/>
          <w:b w:val="0"/>
          <w:sz w:val="24"/>
        </w:rPr>
        <w:t>2. 文化艺术竞赛加分规则：（加分细则详表略）。</w:t>
      </w:r>
    </w:p>
    <w:p>
      <w:pPr>
        <w:spacing w:after="80" w:lineRule="auto" w:line="360"/>
        <w:ind w:firstLine="482"/>
        <w:jc w:val="both"/>
      </w:pPr>
      <w:r>
        <w:rPr>
          <w:rFonts w:ascii="Times New Roman" w:hAnsi="Times New Roman" w:eastAsia="宋体"/>
          <w:b w:val="0"/>
          <w:sz w:val="24"/>
        </w:rPr>
        <w:t>3. 体育竞赛加分规则：（加分细则详表略）。</w:t>
      </w:r>
    </w:p>
    <w:p>
      <w:pPr>
        <w:spacing w:after="80" w:lineRule="auto" w:line="360"/>
        <w:ind w:firstLine="482"/>
        <w:jc w:val="both"/>
      </w:pPr>
      <w:r>
        <w:rPr>
          <w:rFonts w:ascii="Times New Roman" w:hAnsi="Times New Roman" w:eastAsia="宋体"/>
          <w:b w:val="0"/>
          <w:sz w:val="24"/>
        </w:rPr>
        <w:t>4. 累计规则：不同赛事获奖加分可累计，同一赛事同一项目多次获奖不重复计算，只取加分最高的一次。</w:t>
      </w:r>
    </w:p>
    <w:p>
      <w:pPr>
        <w:spacing w:after="80" w:lineRule="auto" w:line="360"/>
        <w:ind w:firstLine="482"/>
        <w:jc w:val="both"/>
      </w:pPr>
      <w:r>
        <w:rPr>
          <w:rFonts w:ascii="Times New Roman" w:hAnsi="Times New Roman" w:eastAsia="宋体"/>
          <w:b w:val="0"/>
          <w:sz w:val="24"/>
        </w:rPr>
        <w:t>5. 赛事认定：不在A、B类赛事范围内的国际、国家或省级的重要文艺或体育赛事活动，由学校相关主管部门提出建议加分方案，经学校领导小组审议通过后提前公布。</w:t>
      </w:r>
    </w:p>
    <w:p>
      <w:pPr>
        <w:spacing w:before="160" w:after="80" w:lineRule="auto" w:line="360"/>
        <w:jc w:val="left"/>
      </w:pPr>
      <w:r>
        <w:rPr>
          <w:rFonts w:ascii="Times New Roman" w:hAnsi="Times New Roman" w:eastAsia="宋体"/>
          <w:b/>
          <w:sz w:val="28"/>
        </w:rPr>
        <w:t>七、社会工作及社会实践能力加分</w:t>
      </w:r>
    </w:p>
    <w:p>
      <w:pPr>
        <w:spacing w:after="80" w:lineRule="auto" w:line="360"/>
        <w:ind w:firstLine="482"/>
        <w:jc w:val="both"/>
      </w:pPr>
      <w:r>
        <w:rPr>
          <w:rFonts w:ascii="Times New Roman" w:hAnsi="Times New Roman" w:eastAsia="宋体"/>
          <w:b w:val="0"/>
          <w:sz w:val="24"/>
        </w:rPr>
        <w:t>1. 加分上限：社会工作及社会实践能力加分是符合要求的各类相关加分之和，最高值为5分，超出部分不予计算。</w:t>
      </w:r>
    </w:p>
    <w:p>
      <w:pPr>
        <w:spacing w:after="80" w:lineRule="auto" w:line="360"/>
        <w:ind w:firstLine="482"/>
        <w:jc w:val="both"/>
      </w:pPr>
      <w:r>
        <w:rPr>
          <w:rFonts w:ascii="Times New Roman" w:hAnsi="Times New Roman" w:eastAsia="宋体"/>
          <w:b w:val="0"/>
          <w:sz w:val="24"/>
        </w:rPr>
        <w:t>2. 参军入伍：在校期间参军入伍服兵役的，加3分。</w:t>
      </w:r>
    </w:p>
    <w:p>
      <w:pPr>
        <w:spacing w:after="80" w:lineRule="auto" w:line="360"/>
        <w:ind w:firstLine="482"/>
        <w:jc w:val="both"/>
      </w:pPr>
      <w:r>
        <w:rPr>
          <w:rFonts w:ascii="Times New Roman" w:hAnsi="Times New Roman" w:eastAsia="宋体"/>
          <w:b w:val="0"/>
          <w:sz w:val="24"/>
        </w:rPr>
        <w:t>3. 学生干部：连续担任学生干部职务一年以上，工作得到主管部门认可，可获得加分。本类加分不累加，以加分最高项为算。</w:t>
      </w:r>
    </w:p>
    <w:p>
      <w:pPr>
        <w:spacing w:after="80" w:lineRule="auto" w:line="360"/>
        <w:ind w:firstLine="482"/>
        <w:jc w:val="both"/>
      </w:pPr>
      <w:r>
        <w:rPr>
          <w:rFonts w:ascii="Times New Roman" w:hAnsi="Times New Roman" w:eastAsia="宋体"/>
          <w:b w:val="0"/>
          <w:sz w:val="24"/>
        </w:rPr>
        <w:t>4. 社会实践活动：参加学校认可的各项社会实践活动可获得加分，同一类型活动加分不累计。具体规则为：</w:t>
      </w:r>
    </w:p>
    <w:p>
      <w:pPr>
        <w:spacing w:after="80" w:lineRule="auto" w:line="360"/>
        <w:ind w:firstLine="482"/>
        <w:jc w:val="both"/>
      </w:pPr>
      <w:r>
        <w:rPr>
          <w:rFonts w:ascii="Times New Roman" w:hAnsi="Times New Roman" w:eastAsia="宋体"/>
          <w:b w:val="0"/>
          <w:sz w:val="24"/>
        </w:rPr>
        <w:t>（一）在国际组织实习时间超过1个月以上加2分；</w:t>
      </w:r>
    </w:p>
    <w:p>
      <w:pPr>
        <w:spacing w:after="80" w:lineRule="auto" w:line="360"/>
        <w:ind w:firstLine="482"/>
        <w:jc w:val="both"/>
      </w:pPr>
      <w:r>
        <w:rPr>
          <w:rFonts w:ascii="Times New Roman" w:hAnsi="Times New Roman" w:eastAsia="宋体"/>
          <w:b w:val="0"/>
          <w:sz w:val="24"/>
        </w:rPr>
        <w:t>（二）作为注册志愿者参加志愿服务时间累计达100小时以上加0.5分；</w:t>
      </w:r>
    </w:p>
    <w:p>
      <w:pPr>
        <w:spacing w:after="80" w:lineRule="auto" w:line="360"/>
        <w:ind w:firstLine="482"/>
        <w:jc w:val="both"/>
      </w:pPr>
      <w:r>
        <w:rPr>
          <w:rFonts w:ascii="Times New Roman" w:hAnsi="Times New Roman" w:eastAsia="宋体"/>
          <w:b w:val="0"/>
          <w:sz w:val="24"/>
        </w:rPr>
        <w:t>（三）作为校级及以上重点团队主要成员参与暑期“三下乡”社会实践活动，并获校级及以上表彰奖励者，加0.25分。</w:t>
      </w:r>
    </w:p>
    <w:p>
      <w:pPr>
        <w:spacing w:before="160" w:after="80" w:lineRule="auto" w:line="360"/>
        <w:jc w:val="left"/>
      </w:pPr>
      <w:r>
        <w:rPr>
          <w:rFonts w:ascii="Times New Roman" w:hAnsi="Times New Roman" w:eastAsia="宋体"/>
          <w:b/>
          <w:sz w:val="28"/>
        </w:rPr>
        <w:t>八、工作程序</w:t>
      </w:r>
    </w:p>
    <w:p>
      <w:pPr>
        <w:spacing w:after="80" w:lineRule="auto" w:line="360"/>
        <w:ind w:firstLine="482"/>
        <w:jc w:val="both"/>
      </w:pPr>
      <w:r>
        <w:rPr>
          <w:rFonts w:ascii="Times New Roman" w:hAnsi="Times New Roman" w:eastAsia="宋体"/>
          <w:b w:val="0"/>
          <w:sz w:val="24"/>
        </w:rPr>
        <w:t>1. 公布平均学业成绩：各学院计算学生前三学年（五年制专业为前四学年）平均学业成绩，经学院推免生遴选工作小组审核确定后，向学生公布。</w:t>
      </w:r>
    </w:p>
    <w:p>
      <w:pPr>
        <w:spacing w:after="80" w:lineRule="auto" w:line="360"/>
        <w:ind w:firstLine="482"/>
        <w:jc w:val="both"/>
      </w:pPr>
      <w:r>
        <w:rPr>
          <w:rFonts w:ascii="Times New Roman" w:hAnsi="Times New Roman" w:eastAsia="宋体"/>
          <w:b w:val="0"/>
          <w:sz w:val="24"/>
        </w:rPr>
        <w:t>2. 学生申请：符合推免生选拔基本条件的学生，在规定时间内向所在学院提出书面申请，并提供符合直接获得资格相关规定的证明材料或者综合评价加分所有相关证明材料。</w:t>
      </w:r>
    </w:p>
    <w:p>
      <w:pPr>
        <w:spacing w:after="80" w:lineRule="auto" w:line="360"/>
        <w:ind w:firstLine="482"/>
        <w:jc w:val="both"/>
      </w:pPr>
      <w:r>
        <w:rPr>
          <w:rFonts w:ascii="Times New Roman" w:hAnsi="Times New Roman" w:eastAsia="宋体"/>
          <w:b w:val="0"/>
          <w:sz w:val="24"/>
        </w:rPr>
        <w:t>3. 学院审核与公示：各学院推免生遴选工作小组对学生提交的证明材料进行审核，对综合评价加分申请进行综合评议并确定加分，在学院进行线上和线下公示。</w:t>
      </w:r>
    </w:p>
    <w:p>
      <w:pPr>
        <w:spacing w:after="80" w:lineRule="auto" w:line="360"/>
        <w:ind w:firstLine="482"/>
        <w:jc w:val="both"/>
      </w:pPr>
      <w:r>
        <w:rPr>
          <w:rFonts w:ascii="Times New Roman" w:hAnsi="Times New Roman" w:eastAsia="宋体"/>
          <w:b w:val="0"/>
          <w:sz w:val="24"/>
        </w:rPr>
        <w:t>4. 确定拟推免名单：各学院根据学校审定的指标数确定拟推免生名单。符合直接获得资格者直接列入且优先排序；符合特殊学术专长者经严格审核后集体研究决定；其余依据综合评价成绩由高分到低分确定。拟推免人数须控制在指标数内，同时推荐学院指标总数10%以内的“后备”人选，拟推免名单及后备名单须在学院进行线上和线下公示。研究生支教团专项推免工作由校团委负责具体落实，拟推免生名单通过笔试加面试的方式排序确定。</w:t>
      </w:r>
    </w:p>
    <w:p>
      <w:pPr>
        <w:spacing w:after="80" w:lineRule="auto" w:line="360"/>
        <w:ind w:firstLine="482"/>
        <w:jc w:val="both"/>
      </w:pPr>
      <w:r>
        <w:rPr>
          <w:rFonts w:ascii="Times New Roman" w:hAnsi="Times New Roman" w:eastAsia="宋体"/>
          <w:b w:val="0"/>
          <w:sz w:val="24"/>
        </w:rPr>
        <w:t>5. 学校审议公示：拟推免生名单及后备名单经学校推免生遴选工作领导小组审议确定后，在全校范围内进行公示。</w:t>
      </w:r>
    </w:p>
    <w:p>
      <w:pPr>
        <w:spacing w:after="80" w:lineRule="auto" w:line="360"/>
        <w:ind w:firstLine="482"/>
        <w:jc w:val="both"/>
      </w:pPr>
      <w:r>
        <w:rPr>
          <w:rFonts w:ascii="Times New Roman" w:hAnsi="Times New Roman" w:eastAsia="宋体"/>
          <w:b w:val="0"/>
          <w:sz w:val="24"/>
        </w:rPr>
        <w:t>6. 上报审核：公示无异议后，学校将推免生名单报省招办审核。</w:t>
      </w:r>
    </w:p>
    <w:p>
      <w:pPr>
        <w:spacing w:before="160" w:after="80" w:lineRule="auto" w:line="360"/>
        <w:jc w:val="left"/>
      </w:pPr>
      <w:r>
        <w:rPr>
          <w:rFonts w:ascii="Times New Roman" w:hAnsi="Times New Roman" w:eastAsia="宋体"/>
          <w:b/>
          <w:sz w:val="28"/>
        </w:rPr>
        <w:t>九、附则</w:t>
      </w:r>
    </w:p>
    <w:p>
      <w:pPr>
        <w:spacing w:after="80" w:lineRule="auto" w:line="360"/>
        <w:ind w:firstLine="482"/>
        <w:jc w:val="both"/>
      </w:pPr>
      <w:r>
        <w:rPr>
          <w:rFonts w:ascii="Times New Roman" w:hAnsi="Times New Roman" w:eastAsia="宋体"/>
          <w:b w:val="0"/>
          <w:sz w:val="24"/>
        </w:rPr>
        <w:t>1. 资格取消情形：学生毕业前，出现下列情况之一者，学校将取消其推免生资格：</w:t>
      </w:r>
    </w:p>
    <w:p>
      <w:pPr>
        <w:spacing w:after="80" w:lineRule="auto" w:line="360"/>
        <w:ind w:firstLine="482"/>
        <w:jc w:val="both"/>
      </w:pPr>
      <w:r>
        <w:rPr>
          <w:rFonts w:ascii="Times New Roman" w:hAnsi="Times New Roman" w:eastAsia="宋体"/>
          <w:b w:val="0"/>
          <w:sz w:val="24"/>
        </w:rPr>
        <w:t>（一）被发现在推荐过程中有弄虚作假、徇私舞弊；</w:t>
      </w:r>
    </w:p>
    <w:p>
      <w:pPr>
        <w:spacing w:after="80" w:lineRule="auto" w:line="360"/>
        <w:ind w:firstLine="482"/>
        <w:jc w:val="both"/>
      </w:pPr>
      <w:r>
        <w:rPr>
          <w:rFonts w:ascii="Times New Roman" w:hAnsi="Times New Roman" w:eastAsia="宋体"/>
          <w:b w:val="0"/>
          <w:sz w:val="24"/>
        </w:rPr>
        <w:t>（二）违法违纪受到警告及以上处分；</w:t>
      </w:r>
    </w:p>
    <w:p>
      <w:pPr>
        <w:spacing w:after="80" w:lineRule="auto" w:line="360"/>
        <w:ind w:firstLine="482"/>
        <w:jc w:val="both"/>
      </w:pPr>
      <w:r>
        <w:rPr>
          <w:rFonts w:ascii="Times New Roman" w:hAnsi="Times New Roman" w:eastAsia="宋体"/>
          <w:b w:val="0"/>
          <w:sz w:val="24"/>
        </w:rPr>
        <w:t>（三）第四学年（五年制专业为第五学年）必修（含实践性）课程成绩低于60分；</w:t>
      </w:r>
    </w:p>
    <w:p>
      <w:pPr>
        <w:spacing w:after="80" w:lineRule="auto" w:line="360"/>
        <w:ind w:firstLine="482"/>
        <w:jc w:val="both"/>
      </w:pPr>
      <w:r>
        <w:rPr>
          <w:rFonts w:ascii="Times New Roman" w:hAnsi="Times New Roman" w:eastAsia="宋体"/>
          <w:b w:val="0"/>
          <w:sz w:val="24"/>
        </w:rPr>
        <w:t>（四）毕业时未能获得毕业证书和学位证书。</w:t>
      </w:r>
    </w:p>
    <w:p>
      <w:pPr>
        <w:spacing w:after="80" w:lineRule="auto" w:line="360"/>
        <w:ind w:firstLine="482"/>
        <w:jc w:val="both"/>
      </w:pPr>
      <w:r>
        <w:rPr>
          <w:rFonts w:ascii="Times New Roman" w:hAnsi="Times New Roman" w:eastAsia="宋体"/>
          <w:b w:val="0"/>
          <w:sz w:val="24"/>
        </w:rPr>
        <w:t>2. 诚信承诺：各学院应做好推免生的诚信教育，学生在获得推免生资格时需签订《诚信承诺书》。对因放弃推免生资格而造成推免生名额作废者，将在其学生档案中如实记载。</w:t>
      </w:r>
    </w:p>
    <w:p>
      <w:pPr>
        <w:spacing w:after="80" w:lineRule="auto" w:line="360"/>
        <w:ind w:firstLine="482"/>
        <w:jc w:val="both"/>
      </w:pPr>
      <w:r>
        <w:rPr>
          <w:rFonts w:ascii="Times New Roman" w:hAnsi="Times New Roman" w:eastAsia="宋体"/>
          <w:b w:val="0"/>
          <w:sz w:val="24"/>
        </w:rPr>
        <w:t>3. 申诉渠道：对推免生工作有异议的，可在公示期内向学校推免生遴选工作领导小组提出书面申诉。</w:t>
      </w:r>
    </w:p>
    <w:p>
      <w:pPr>
        <w:spacing w:after="80" w:lineRule="auto" w:line="360"/>
        <w:ind w:firstLine="482"/>
        <w:jc w:val="both"/>
      </w:pPr>
      <w:r>
        <w:rPr>
          <w:rFonts w:ascii="Times New Roman" w:hAnsi="Times New Roman" w:eastAsia="宋体"/>
          <w:b w:val="0"/>
          <w:sz w:val="24"/>
        </w:rPr>
        <w:t>4. 与上级文件关系：本办法中条款如与教育部最新相关文件不一致的，以教育部文件为准。</w:t>
      </w:r>
    </w:p>
    <w:p>
      <w:pPr>
        <w:spacing w:after="80" w:lineRule="auto" w:line="360"/>
        <w:ind w:firstLine="482"/>
        <w:jc w:val="both"/>
      </w:pPr>
      <w:r>
        <w:rPr>
          <w:rFonts w:ascii="Times New Roman" w:hAnsi="Times New Roman" w:eastAsia="宋体"/>
          <w:b w:val="0"/>
          <w:sz w:val="24"/>
        </w:rPr>
        <w:t>5. 生效与解释：本办法自2018级入校学生起执行，原《合肥工业大学推荐优秀应届本科毕业生免试攻读硕士学位研究生工作暂行办法》（合工大政发〔2018〕88号）及《合肥工业大学推荐优秀应届本科毕业生免试攻读硕士学位研究生工作暂行办法（修订稿）》（合工大政发〔2021〕17号）同时废止。学校授权本科生院教务处对本办法进行解释和修订。</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