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招生工作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本页为北京大学经济学院信息公告，正文仅列出一批编号，未提供人数、专业/学院明细、排名或评分方式、公示期等说明，落款为“北京大学经济学院 2026年7月”。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一、编号名单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ZY202638856 ZY202641144 ZY202642446 ZY202638026 ZY202637978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ZY202638724 ZY202646492 ZY202640669 ZY202638029 ZY202641119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ZY202637728 ZY202661712 ZY202656400 ZY202668950 ZY202666932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ZY202659989 ZY202640978 ZY202639509 ZY202660523 ZY202647461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ZY202663554 ZY202643318 ZY202650883 ZY202638885 ZY202644624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ZY202662981 ZY202663167 ZY202651566 ZY202655051 ZY202651674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ZY202663491 ZY202639009 ZY202650044 ZY202641923 ZY202664687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ZY202637290 ZY202649459 ZY202653487 ZY202662892 ZY202646425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ZY202649737 ZY202637877 ZY202639437 ZY202664158 ZY202664743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ZY202651195 ZY202668064 ZY202647186 ZY202656841 ZY202662426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ZY202648133 ZY202640805 ZY202664786 ZY202637427 ZY202645927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ZY202642247 ZY202659517 ZY202655680 ZY202642935 ZY202647331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ZY202655075 ZY202665112 ZY202638798 ZY202663935 ZY202647999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ZY202650176 ZY202660294 ZY202648736 ZY202638437 ZY202650618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ZY202639626 ZY202664202 ZY202647021 ZY202642906 ZY202637988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16. ZY202638550 ZY202650529 ZY202641424 ZY202659578 ZY202648621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17. ZY202649746 ZY202664684 ZY202650614 ZY202637755 ZY202640846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18. ZY202659978 ZY202653280 ZY202643825 ZY202638704 ZY202642057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19. ZY202639986 ZY202639638 ZY202653736 ZY202642070 ZY202641575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20. ZY202658743 ZY202639961 ZY202651983 ZY202662307 ZY202640460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21. ZY202656048 ZY202667699 ZY202648946 ZY202659263 ZY202639142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22. ZY202642408 ZY202638534 ZY202646297 ZY202639994 ZY202646518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23. ZY202648317 ZY202647721 ZY202646161 ZY202662281 ZY202658511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24. ZY202648381 ZY202638302 ZY202645919 ZY202640019 ZY202640454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25. ZY202648860 ZY202661423 ZY202639348 ZY202642971 ZY202647779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26. ZY202649648 ZY202639490 ZY202649070 ZY202637939 ZY202642702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27. ZY202654359 ZY202664885 ZY202641607 ZY202663716 ZY202647582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28. ZY202638077 ZY202649387 ZY202661440 ZY202650097 ZY202649075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29. ZY202638142 ZY202645143 ZY202640154 ZY202663012 ZY202644496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30. ZY202663891 ZY202661488 ZY202640350 ZY202649817 ZY202638838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31. ZY202638421 ZY202638878 ZY202654119 ZY202661438 ZY202650357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32. ZY202639630 ZY202653900 ZY202668842 ZY202639617 ZY202640434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33. ZY202649140 ZY202654707 ZY202656059 ZY202653599 ZY202645439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34. ZY202659624 ZY202646996 ZY202668218 ZY202661674 ZY202650029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35. ZY202660046 ZY202639384 ZY202649818 ZY202637926 ZY202638655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36. ZY202644691 ZY202639196 ZY202646295 ZY202666792 ZY202665230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37. ZY202660451 ZY202637462 ZY202640686 ZY202643862 ZY202654749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38. ZY202638761 ZY202644632 ZY202655178 ZY202659040 ZY202639189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39. ZY202656406 ZY202658679 ZY202646849 ZY202644758 ZY202638273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40. ZY202656413 ZY202637835 ZY202643917 ZY202651339 ZY202641353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41. ZY202668638 ZY202643947 ZY202639665 ZY202645397 ZY202646830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42. ZY202638575 ZY202657666 ZY202669023 ZY202661274 ZY202639195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43. ZY202637689 ZY202664791 ZY202645790 ZY202637876 ZY202645814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44. ZY202668940 ZY202655039 ZY202637929 ZY202668689 ZY202641679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45. ZY202659248 ZY202667528 ZY202652914 ZY202654573 ZY202642943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46. ZY202658229 ZY202639841 ZY202638775 ZY202639834 ZY202653149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47. ZY202658428 ZY202655523 ZY202646301 ZY202666091 ZY202641348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48. ZY202665998 ZY202650241 ZY202659354 ZY202645396 ZY202641320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49. ZY202661776 ZY202646121 ZY202648452 ZY202642975 ZY202644086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50. ZY202651866 ZY202663853 ZY202641484 ZY202664483 ZY202667201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51. ZY202653726 ZY202643358 ZY202643050 ZY202641455 ZY202641059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52. ZY202643500 ZY202638268 ZY202641856 ZY202648804 ZY202644343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53. ZY202641683 ZY202662933 ZY202641510 ZY202639149 ZY202645095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54. ZY202668585 ZY202660262 ZY202645808 ZY202654227 ZY202652392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55. ZY202642570 ZY202639321 ZY202638169 ZY202637554 ZY202645466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56. ZY202641801 ZY202642554 ZY202657291 ZY202664932 ZY202644353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57. ZY202647638 ZY202644716 ZY202659599 ZY202653468 ZY202662793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58. ZY202653343 ZY202641403 ZY202637695 ZY202668182 ZY202639682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59. ZY202639657 ZY202667845 ZY202648376 ZY202658602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二、落款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北京大学经济学院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2026年7月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