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曲阜师范大学2026年接收推荐免试攻读研究生拟录取名单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曲阜师范大学2026年接收推荐免试攻读研究生拟录取名单相关正文内容整理如下：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发布日期（推定）：2025年10月20日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公示期已结束，正文未公示具体拟录取总人数及分专业明细。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正文未公示具体涵盖专业及数量。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正文未公示具体排名或评分方式。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公示期已结束，正文未公示具体公示起止日期。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正文未公示递补名单、考核通过/未通过人数等信息。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