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复旦大学哲学学院 2026届推荐免试攻读研究生推荐工作实施细则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复旦大学哲学学院 2026届推荐免试攻读研究生推荐工作实施细则已发布，文件为《复旦大学哲学学院 2026届推荐免试攻读研究生推荐工作实施细则.pdf》。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学院官网：http://philosophy.fudan.edu.cn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电子邮箱：philosophy@fudan.edu.cn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联系电话：021-65642731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邮编：200433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地址：上海市邯郸路220号复旦大学哲学学院（光华楼西主楼2308室）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二、相关单位与平台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复旦大学哲学学院英文网站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复旦大学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复旦大学教务处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复旦大学招生网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复旦大学研究生院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复旦大学人文社会科学信息网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复旦大学外国留学生工作处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复旦大学国际合作与交流处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复旦大学校友会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复旦大学全球伦理研究中心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中国科协-复旦大学科技伦理与人类未来研究院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复旦大学当代国外马克思主义研究中心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Mathematical Logic at Fudan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复旦大学哲学学院抖音号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复旦大学哲学学院小红书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复旦大学哲学学院B站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复旦哲院微信公众号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复旦哲院小红书账号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说明：当前提供内容仅为页面导航与联系方式信息，未包含申请条件、报名时间、活动时间、接收条件、流程、材料清单、时间节点、名额等具体细则内容。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