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经济学院关于拟推荐2026届优秀本科毕业生（港澳台侨及来华留学生）免试攻读暨南大学研究生的公示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发布日期：2025-10-31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根据学校《关于推荐2026届优秀本科毕业生（港澳台侨及来华留学生）攻读暨南大学研究生的通知》等文件精神。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经学生申请、各系评价推荐、学院推免生遴选工作小组评审，现将本年度申请推免生的学生名单及排名予以公示。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公示时间：2025年10月31日至2025年11月3日止。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如有异议，请以书面形式反映，反映情况时需签署真实姓名、单位及联系方式，以便核实。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联系地址：经济学院楼206室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联系人：刘老师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联系电话：85220181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邮箱：ojwjj@jnu.edu.cn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四、拟推荐名单（港澳台侨及留学生类）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周宝均，金融学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徐佳静，国际经济与贸易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古思敏，经济学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柯珍珠，税收学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譚喜文，金融学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王一帆，国际经济与贸易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麦嘉宝，经济学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梁德康，金融学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陳逸勤，经济学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洪瑞璟，国际经济与贸易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