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南昌大学经济管理学院接收2026年（预）推免研究生复试成绩公示-南昌大学经济管理学院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南昌大学经济管理学院接收2026年（预）推免研究生复试成绩公示，现将各专业复试成绩予以公示。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十、理论经济学（专业代码020100）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20262200723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夏养雪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86.96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20262200837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张宇睿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20262202072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周鹏辉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20262208965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李张怡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20262200078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85.16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20262207044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周子欣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82.32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20262207756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陈彦竹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20262200933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77.84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20262201358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陈子旋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20262201648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杜宇晨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20262205052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于晶晶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理论经济学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七、应用经济学（专业代码020200）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20262204044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袁哲嘉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20262204333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20262200092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吕新月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20262206816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胡小慧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20262207877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陈奕菲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86.36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20262207834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常玉琪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86.32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20262205573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张世佳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85.76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20262200790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曾志强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20262208139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85.52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20262207431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刘昭君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20262202001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王博琦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85.16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20262204155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石文玥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84.56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20262205526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张艺馨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84.52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20262206578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84.32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20262203966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20262207161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83.96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20262205798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罗喻方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83.96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20262205634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20262204386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孙懂艺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20262201477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20262200317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翟雅彩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20262206485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敖香艳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20262203797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李雅琴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20262203210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王世晴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20262208536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20262205540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20262206739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郑瑜悦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80.28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20262203145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20262200448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20262200513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朱艳玲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20262201072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郭源泉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20262201590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邹斯乐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20262201740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20262201743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黄培怡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20262201883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20262202235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徐茹愿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20262202349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万阳秦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20262203409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应筱雯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20262203868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20262203947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赵雨晴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20262204086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李华强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20262204721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冉佳毅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20262204871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陈荣彦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20262205575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李泽冉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20262205586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熊文星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20262205770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冯薏锦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20262206109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肖白婷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20262206253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安佳悦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20262207143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余耿文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20262207964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20262209194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尹景瑜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八、金融（专业代码025100）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20262200550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何其隽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93.24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20262200153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祝小羽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20262206607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翁文鑫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90.56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20262212477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韩昌鹏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86.76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20262204258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彭文其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20262201354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刘同鑫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20262206431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鄢双江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20262202904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周文静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81.52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20262201492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于淼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81.16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20262200021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胡飘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20262200975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白可心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78.72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20262204546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谢雅玉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76.12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20262205658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王田田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75.64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20262208154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75.44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20262201739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吴雅青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75.32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20262205678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74.84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20262206893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王艺旋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74.48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20262206871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齐文慧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20262202555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杨欣雨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72.88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20262201447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张岚翔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72.76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20262200312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王甜甜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20262200411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汪阳昕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20262205404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20262205657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王奕瑄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20262205758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唐京雨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20262206194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封贺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20262206314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20262208477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张铭洋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九、会计学（专业代码120201）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20262204262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杨依琳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20262201846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郭晓彤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20262206668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赖心玥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20262201280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朱淑环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20262201968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20262206383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戴欣怡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83.72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20262203219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周沈琪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20262201928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柴吕红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83.56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20262200275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张雨桐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20262203789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颜抒凌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20262203550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83.16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20262201148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朱腾爱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20262204187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82.52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20262204482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许佳怡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20262203454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汪雨欣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20262202777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倪晋婕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82.36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20262205015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20262202880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81.96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20262205546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楚雨晨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81.76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20262203456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20262205672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20262203704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杨黎妹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81.36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20262200107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郑濛濛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20262200125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20262201559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20262202987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王慧柔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78.92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20262201374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78.64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20262200028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刘书妤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20262201020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冯铭钊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20262201180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官雯宣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20262201488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杨瑞雨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20262201663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唐莹莹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20262201875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海梦童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20262202651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吴文颖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20262204914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欧阳珩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20262206732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钟依彤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20262205416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程雅慧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五、企业管理（专业代码120202）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20262205416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程雅慧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20262200504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刘柯蘅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20262202475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武斯晗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91.32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20262204900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付梦佳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20262201713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徐晨燕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91.12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20262200138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钟雨欣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20262203873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章韵涵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20262200387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刘雨宸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20262205067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段佳瑶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90.52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20262204509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吴雯雯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90.52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20262205537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董梦娜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20262201015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章桓瑜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20262205078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崔兆茜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20262206744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吴晓岚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20262206291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闫泽钰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20262206806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20262200094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杨钰琦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20262204607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张馨予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20262203469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20262202390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20262202531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程雨欣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20262206598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贺俊娜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20262201227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20262202591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87.16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20262201352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李瑞宇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20262203842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汤娇阳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86.92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20262205208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古佳慧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20262206593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王英芮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20262207800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赵可莹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20262206218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项宁夏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本段为推免成绩公示名单，共涉及 2 个专业：025200 应用统计、125300 会计。名单按专业分组排列，每条记录依次包含学号、姓名、专业代码、专业名称、成绩（缺考者标注“缺考”）。成绩为量化评分，精确到小数点后两位（部分为整数）。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十、025200 应用统计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262204909 袁明珠 025200 应用统计 81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20262203302 彭露 025200 应用统计 79.6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20262203224 罗尧 025200 应用统计 78.36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20262202894 闵京玲 025200 应用统计 76.36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20262204374 邹水洪 025200 应用统计 74.96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20262203772 汤怡然 025200 应用统计 缺考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20262205066 郑佳宝 025200 应用统计 缺考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七、125300 会计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20262211982 刘家钰 125300 会计 93.08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20262205740 左欣灵 125300 会计 90.72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20262205737 忻诗琼 125300 会计 89.56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20262200568 陈欣怡 125300 会计 89.48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20262200118 黄志鹏 125300 会计 88.68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20262200842 刘清怡 125300 会计 88.32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20262206831 吕嘉睿 125300 会计 87.6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20262201692 梁宝月 125300 会计 87.16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20262204077 张昭君 125300 会计 86.36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20262200436 张晓菲 125300 会计 86.24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20262207065 罗慜琦 125300 会计 86.2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20262212211 孙璐 125300 会计 86.16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20262203615 马田 125300 会计 85.92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20262203178 张伊萌 125300 会计 85.72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20262205441 万心悦 125300 会计 85.36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20262200151 陈灵悦 125300 会计 84.2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17. 20262200652 杜秋雨 125300 会计 84.12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18. 20262206556 赵影 125300 会计 84.12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19. 20262205624 冯至涵 125300 会计 84.12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20. 20262204562 谢紫宣 125300 会计 84.08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21. 20262201870 周顺 125300 会计 83.76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22. 20262205302 李欣 125300 会计 83.72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23. 20262202311 张盈盈 125300 会计 82.72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24. 20262201583 邢琳琳 125300 会计 82.6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25. 20262202622 余宗哲 125300 会计 80.92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26. 20262205054 张苏雅 125300 会计 79.16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27. 20262201333 郑好 125300 会计 78.92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28. 20262200661 方念 125300 会计 78.84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29. 20262202156 徐晓微 125300 会计 78.76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30. 20262209239 刘璟宜 125300 会计 78.56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31. 20262201090 袁欣 125300 会计 78.56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32. 20262200058 叶金胜 125300 会计 78.32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33. 20262202300 牛钰焓 125300 会计 78.24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34. 20262200672 李婧怡 125300 会计 78.16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35. 20262203761 青泉飞 125300 会计 77.8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36. 20262206857 文朝舟 125300 会计 77.6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37. 20262203514 李鑫馨 125300 会计 77.44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38. 20262206247 戴佳颐 125300 会计 77.36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39. 20262203796 阚温馨 125300 会计 77.28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40. 20262205236 甘思 125300 会计 77.24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41. 20262204261 蒋颖 125300 会计 77.12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42. 20262208323 郭学敬 125300 会计 76.6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43. 20262206486 李佳欣 125300 会计 76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44. 20262203045 刘沈沈 125300 会计 75.68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45. 20262203166 张裕萍 125300 会计 75.56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46. 20262206804 张嘉仪 125300 会计 75.56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47. 20262205686 高馨 125300 会计 75.48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48. 20262201045 张博 125300 会计 75.28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49. 20262206461 王源 125300 会计 75.28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50. 20262201141 朱国婵 125300 会计 74.96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51. 20262203584 黎梦蜓 125300 会计 74.64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52. 20262202954 胡祎萱 125300 会计 74.32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53. 20262203399 熊丽莎 125300 会计 73.24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54. 20262204050 冯雪静 125300 会计 53.2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55. 20262205250 林子蕾 125300 会计 43.96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56. 20262200216 邵思研 125300 会计 缺考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57. 20262200310 徐彤 125300 会计 缺考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58. 20262201485 庄雯婕 125300 会计 缺考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59. 20262202415 王雨晴 125300 会计 缺考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60. 20262202878 陈艺灿 125300 会计 缺考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61. 20262203258 陈子歆 125300 会计 缺考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62. 20262203923 李心怡 125300 会计 缺考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63. 20262204081 常焕焕 125300 会计 缺考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64. 20262204680 郝菲 125300 会计 缺考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65. 20262204719 杨子瑶 125300 会计 缺考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66. 20262205001 何佳瑶 125300 会计 缺考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67. 20262205802 张文琛 125300 会计 缺考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68. 20262205824 谭梦丹 125300 会计 缺考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69. 20262208388 陈晰 125300 会计 缺考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70. 20262208552 冯心玥 125300 会计 缺考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八、汇总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025200 应用统计：共 7 人，其中有效成绩 5 人，缺考 2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125300 会计：共 70 人，其中有效成绩 55 人，缺考 15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合计：共 77 人，其中有效成绩 60 人，缺考 17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排名/评分方式：按成绩从高到低排序，成绩为量化评分；缺考者不参与成绩排序，标注为“缺考”。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公示期：原文未提供公示期信息。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本段为复试缺考名单，共 13 人，均为会计（专业代码 125300）专业，状态均为缺考。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庄雯婕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20262202415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20262202878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陈艺灿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20262203258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陈子歆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20262203923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李心怡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20262204081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常焕焕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20262204680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20262204719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杨子瑶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20262205001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20262205802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20262205824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谭梦丹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20262208388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20262208552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冯心玥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20262208552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说明：原文未提供公示期、排名或评分方式等信息。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本段为会计专业（专业代码 125300）缺考人员名单，共 13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七、缺考人员明细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编号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庄雯婕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20262202415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20262202878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陈艺灿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20262203258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陈子歆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20262203923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李心怡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20262204081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常焕焕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20262204680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20262204719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杨子瑶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20262205001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20262205802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20262205824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谭梦丹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20262208388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20262208552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冯心玥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20262208552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上述人员专业均为会计（125300），状态均为缺考。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原文未提供排名或评分方式、公示期等信息。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本段为会计专业（专业代码 125300）缺考人员名单，共 14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七、人员明细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编号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雯婕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20262202415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20262202878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陈艺灿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20262203258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陈子歆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20262203923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李心怡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20262204081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常焕焕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20262204680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20262204719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杨子瑶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20262205001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20262205802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20262205824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谭梦丹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20262208388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20262208552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冯心玥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20262208552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上述人员专业均为会计，专业代码均为 125300，状态均为缺考。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原文未提供排名、评分方式及公示期信息。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原文中“冯心玥”对应的编号与“陈晰”重复，均为 20262208552，此处按原文保留。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本段为会计专业（专业代码 125300）缺考人员名单，共 13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七、人员明细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陈艺灿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陈子歆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李心怡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常焕焕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杨子瑶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谭梦丹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冯心玥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原文名单中另含一条以“婕”结尾的姓名记录，因文本截断无法确认完整姓名，未计入上述明细。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原文未提供排名、评分方式及公示期信息。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本段为会计专业（专业代码 125300）缺考人员名单，共 12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七、人员明细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20262202415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王雨晴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20262202878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陈艺灿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20262203258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陈子歆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20262203923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李心怡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20262204081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常焕焕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20262204680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郝菲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20262204719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杨子瑶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20262205001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何佳瑶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20262205802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张文琛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20262205824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谭梦丹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20262208388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20262208552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冯心玥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原文未提供排名或评分方式、公示期等信息。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本段为会计专业缺考人员名单，共 13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七、人员明细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20262202415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20262202878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陈艺灿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20262203258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陈子歆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20262203923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李心怡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20262204081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常焕焕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20262204680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20262204719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杨子瑶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20262205001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20262205802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20262205824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谭梦丹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20262208388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20262208552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冯心玥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专业均为 125300会计。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状态均为缺考。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本段未包含排名/评分方式及公示期信息。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本段为会计专业缺考人员名单，共 13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七、缺考人员明细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20262202415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20262202878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陈艺灿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20262203258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陈子歆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20262203923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李心怡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20262204081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常焕焕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20262204680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20262204719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杨子瑶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20262205001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20262205802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20262205824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谭梦丹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20262208388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20262208552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冯心玥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专业代码均为 125300，专业名称均为会计。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上述人员状态均为缺考。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原文未提供排名、评分方式及公示期信息。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本段为会计专业（专业代码 125300）缺考人员名单，共 13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七、缺考人员明细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20262202415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20262202878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陈艺灿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20262203258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陈子歆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20262203923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李心怡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20262204081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常焕焕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20262204680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20262204719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杨子瑶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20262205001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20262205802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20262205824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谭梦丹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20262208388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20262208552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冯心玥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上述人员专业均为会计，专业代码 125300，状态均为缺考。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原文中第 13 条记录仅显示“300”，未提供对应考生编号与姓名，其余信息为会计专业缺考。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原文未提供排名或评分方式、公示期信息。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本段为会计专业缺考人员名单，共 13 人，专业均为会计（专业代码 125300），状态均为缺考。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七、缺考人员明细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20262202415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20262202878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陈艺灿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20262203258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陈子歆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20262203923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李心怡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20262204081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常焕焕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20262204680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20262204719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杨子瑶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20262205001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20262205802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20262205824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谭梦丹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20262208388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20262208552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冯心玥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原文开头“00会计缺考”为残缺内容，未包含可识别的考生编号与姓名，未计入名单。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原文末尾“20262208552冯心玥125300会计缺考”之后无其他内容。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本段未涉及排名/评分方式及公示期信息。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本段为会计专业缺考人员名单，共 13 人，专业均为会计（专业代码 125300），状态均为缺考。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七、人员明细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20262202415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20262202878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陈艺灿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20262203258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陈子歆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20262203923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李心怡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20262204081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常焕焕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20262204680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20262204719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杨子瑶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20262205001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20262205802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20262205824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谭梦丹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20262208388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20262208552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冯心玥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注：原文开头残留“0会计缺考”字样，未构成完整记录，未计入人数。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本段为会计专业缺考考生名单，共 13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七、缺考名单明细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20262202415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20262202878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陈艺灿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20262203258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陈子歆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20262203923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李心怡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20262204081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常焕焕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20262204680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20262204719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杨子瑶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20262205001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20262205802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20262205824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谭梦丹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20262208388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20262208552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冯心玥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20262208552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冯心玥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上述 13 人均为会计专业（专业代码 125300）缺考考生。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原文未提供排名或评分方式、公示期信息。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十、缺考名单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本段共列出缺考考生 12 人，专业均为会计（专业代码 125300），缺考状态均为缺考。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考生编号 20262202415，姓名王雨晴，专业 125300 会计，缺考。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考生编号 20262202878，姓名陈艺灿，专业 125300 会计，缺考。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考生编号 20262203258，姓名陈子歆，专业 125300 会计，缺考。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考生编号 20262203923，姓名李心怡，专业 125300 会计，缺考。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考生编号 20262204081，姓名常焕焕，专业 125300 会计，缺考。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考生编号 20262204680，姓名郝菲，专业 125300 会计，缺考。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考生编号 20262204719，姓名杨子瑶，专业 125300 会计，缺考。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考生编号 20262205001，姓名何佳瑶，专业 125300 会计，缺考。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考生编号 20262205802，姓名张文琛，专业 125300 会计，缺考。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考生编号 20262205824，姓名谭梦丹，专业 125300 会计，缺考。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考生编号 20262208388，姓名陈晰，专业 125300 会计，缺考。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考生编号 20262208552，姓名冯心玥，专业 125300 会计，缺考。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七、缺考名单明细表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20262202415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20262202878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陈艺灿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20262203258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陈子歆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20262203923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李心怡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20262204081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常焕焕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20262204680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20262204719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杨子瑶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20262205001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20262205802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20262205824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谭梦丹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20262208388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20262208552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冯心玥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本段内容仅包含缺考考生名单信息，未涉及排名或评分方式、公示期等事项。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十、缺考人员名单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本段所列人员均为会计（专业代码125300）缺考考生，共 12 人。名单如下：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20262202415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20262202878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陈艺灿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20262203258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陈子歆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20262203923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李心怡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20262204081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常焕焕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20262204680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20262204719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杨子瑶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20262205001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20262205802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20262205824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谭梦丹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20262208388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20262208552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冯心玥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说明：本段内容未涉及学院明细、排名或评分方式、公示期等信息。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本段为会计专业（专业代码 125300）缺考人员名单，共 12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七、缺考人员明细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20262202415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20262202878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陈艺灿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20262203258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陈子歆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20262203923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李心怡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20262204081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常焕焕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20262204680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20262204719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杨子瑶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20262205001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20262205802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20262205824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谭梦丹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20262208388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20262208552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冯心玥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上述 12 名考生专业均为会计（125300），状态均为缺考。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原文未提供排名、评分方式及公示期信息。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