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宁波工程学院2026年接收推荐免试研究生章程</w:t>
      </w:r>
    </w:p>
    <w:p>
      <w:r>
        <w:t>宁波工程学院2026年接收推荐免试研究生章程</w:t>
      </w:r>
    </w:p>
    <w:p>
      <w:r>
        <w:t>宁波工程学院2026年接收推荐免试研究生章程</w:t>
      </w:r>
    </w:p>
    <w:p>
      <w:r>
        <w:t>为做好我校2026年接收推荐免试研究生（以下简称“推免生”）工作，加强科学选拔，规范工作程序，保证公平公正，制定本章程。</w:t>
      </w:r>
    </w:p>
    <w:p>
      <w:r>
        <w:t>一、招生专业和招生计划</w:t>
      </w:r>
    </w:p>
    <w:p>
      <w:r>
        <w:t>我校接收优秀应届本科毕业生免试攻读硕士学位研究生。接收推免生的具体招生专业和招生计划详见招生目录（附件1）。</w:t>
      </w:r>
    </w:p>
    <w:p>
      <w:r>
        <w:t>二、申请条件</w:t>
      </w:r>
    </w:p>
    <w:p>
      <w:r>
        <w:t>（一）中华人民共和国公民；</w:t>
      </w:r>
    </w:p>
    <w:p>
      <w:r>
        <w:t>（二）拥护中国共产党的领导，品德良好，遵纪守法；</w:t>
      </w:r>
    </w:p>
    <w:p>
      <w:r>
        <w:t>（三）身体健康状况符合国家和我校规定的体检要求；</w:t>
      </w:r>
    </w:p>
    <w:p>
      <w:r>
        <w:t>（四）取得所在学校2026年推免资格的优秀应届本科毕业生；</w:t>
      </w:r>
    </w:p>
    <w:p>
      <w:r>
        <w:t>（五）申请专业符合当年国家及我校规定的报考条件。</w:t>
      </w:r>
    </w:p>
    <w:p>
      <w:r>
        <w:t>三、申请材料</w:t>
      </w:r>
    </w:p>
    <w:p>
      <w:r>
        <w:t>（一）《宁波工程学院思想政治品德考核表》（附件2），需由考生所在单位盖章并密封。</w:t>
      </w:r>
    </w:p>
    <w:p>
      <w:r>
        <w:t>（二）大学英语六级（或四级）考试证书（小语种的相应水平证书）复印件1份。</w:t>
      </w:r>
    </w:p>
    <w:p>
      <w:r>
        <w:t>（三）大学学习期间获得的各类奖励证明材料复印件各1份。</w:t>
      </w:r>
    </w:p>
    <w:p>
      <w:r>
        <w:t>（四）在校期间取得的学术科研成果（如公开发表论文、出版物等）、发明专利等相关证明材料复印件各1份。</w:t>
      </w:r>
    </w:p>
    <w:p>
      <w:r>
        <w:t>注：考生参加复试时，须向招生学院提交以上材料，并带上原件以备审验。</w:t>
      </w:r>
    </w:p>
    <w:p>
      <w:r>
        <w:t>四、申请程序与时间安排</w:t>
      </w:r>
    </w:p>
    <w:p>
      <w:r>
        <w:t>（一）申请人在教育部规定的时间登陆“全国推荐免试攻读研究生信息公开暨管理服务系统”（以下简称“推免服务系统”，网址http://yz.chsi.com.cn/tm），完成信息注册。</w:t>
      </w:r>
    </w:p>
    <w:p>
      <w:r>
        <w:t>（二）申请人从9月22日（上午）9时开始，到10月20日为止，登录“推免服务系统”填报志愿。</w:t>
      </w:r>
    </w:p>
    <w:p>
      <w:r>
        <w:t>（三）10月20日前，招生学院（学部）审核确定参加复试名单，分批次发出复试通知并组织复试，根据招生规模，分批次按复试成绩从高到低确定拟录取名单。具体复试时间等相关事项详见各招生学院（学部）复试方案。</w:t>
      </w:r>
    </w:p>
    <w:p>
      <w:r>
        <w:t>五、学制、学费与奖助政策</w:t>
      </w:r>
    </w:p>
    <w:p>
      <w:r>
        <w:t>（一）基本学制</w:t>
      </w:r>
    </w:p>
    <w:p>
      <w:r>
        <w:t>硕士研究生基本学制2.5~3年，其中，应用统计基本学制为2.5年；其他专业基本学制为3年。</w:t>
      </w:r>
    </w:p>
    <w:p>
      <w:r>
        <w:t>（二）学费与奖助政策</w:t>
      </w:r>
    </w:p>
    <w:p>
      <w:r>
        <w:t>我校已建立完善的奖助体系以确保研究生顺利完成学业，具体详见：https://graduate.nbut.edu.cn/info/1136/1501.htm</w:t>
      </w:r>
    </w:p>
    <w:p>
      <w:r>
        <w:t>六、注意事项</w:t>
      </w:r>
    </w:p>
    <w:p>
      <w:r>
        <w:t>（一）被我校录取的推免生在入学前未获得本科毕业证书和学士学位证书，或受到处分，将取消录取资格。</w:t>
      </w:r>
    </w:p>
    <w:p>
      <w:r>
        <w:t>（二）申请人应保证其所提供的材料真实，一旦发现申请人弄虚作假，即取消其申请资格、录取资格。</w:t>
      </w:r>
    </w:p>
    <w:p>
      <w:r>
        <w:t>（三）已被我校接收的推免生，不得再参加全国统考，否则取消其推免录取资格。</w:t>
      </w:r>
    </w:p>
    <w:p>
      <w:r>
        <w:t>（四）我校确定接收的推免生均须参加体检。</w:t>
      </w:r>
    </w:p>
    <w:p>
      <w:r>
        <w:t>（五）本章程如与国家相关政策不符或国家调整招生政策的，以国家政策为准。</w:t>
      </w:r>
    </w:p>
    <w:p>
      <w:r>
        <w:t>七、联系方式</w:t>
      </w:r>
    </w:p>
    <w:p>
      <w:r>
        <w:t>联系地址：浙江省宁波市江北区风华201号 宁波工程学院研究生处</w:t>
      </w:r>
    </w:p>
    <w:p>
      <w:r>
        <w:t>邮政编码：315211</w:t>
      </w:r>
    </w:p>
    <w:p>
      <w:r>
        <w:t>电话：0574-87616880（盛老师），0574-87616815（刘老师）</w:t>
      </w:r>
    </w:p>
    <w:p>
      <w:r>
        <w:t>网址：http://graduate.nbut.edu.cn</w:t>
      </w:r>
    </w:p>
    <w:p>
      <w:r>
        <w:t>附件1 2026年推免硕士生招生专业目录</w:t>
      </w:r>
    </w:p>
    <w:p>
      <w:r>
        <w:t>附件2 宁波工程学院硕士研究生招生思想政治品德考核表（推免生）</w:t>
      </w:r>
    </w:p>
    <w:p>
      <w:r>
        <w:t>附件3 宁波工程学院硕士研究生复试体格检查表</w:t>
      </w:r>
    </w:p>
    <w:p/>
    <w:p>
      <w:r>
        <w:t>附件【附件1： 2026年推免生招生专业目录.docx】已下载 次</w:t>
      </w:r>
    </w:p>
    <w:p>
      <w:r>
        <w:t>附件【附件2：宁波工程学院硕士研究生招生思想政治品德考核表（推免生）.doc】已下载 次</w:t>
      </w:r>
    </w:p>
    <w:p>
      <w:r>
        <w:t>附件【附件3：宁波工程学院硕士研究生复试体格检查表.doc】已下载 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