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【通知1】</w:t>
      </w:r>
    </w:p>
    <w:p>
      <w:pPr>
        <w:pStyle w:val="Heading2"/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【东南大学2027年接收推荐免试研究生报名通知】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发布日期：2026-07-06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本通知为东南大学2027年接收推荐免试研究生（推免生）的报名通知，面向全国各高校符合条件的应届本科毕业生。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通知由东南大学研究生招生网发布，具体报名工作由各院、系（所）组织进行。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申请人须为国内高校2027年应届本科毕业生，并获得所在学校推荐免试资格。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拥护中国共产党的领导，品德良好，遵纪守法，身心健康。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学术研究兴趣浓厚，有较强的创新意识、创新能力和专业能力。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具体各院系报名条件以各院系发布的通知为准。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三、报名时间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报名系统开放时间：2026年7月上旬起（具体以系统开放时间为准）。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各院系报名截止时间不同，详见各院系通知。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申请人登录东南大学研究生招生网推免报名系统进行网上报名。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按要求填写个人信息，上传相关申请材料。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各院系对申请材料进行审核，择优确定复试名单。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通过审核的申请人参加院系组织的复试考核。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复试合格者，由学校研究生招生工作领导小组审定后，确定为拟接收推免生。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五、材料清单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本人学生证、身份证复印件。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本科阶段成绩单（须加盖学校教务部门公章）。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全国大学英语四级或六级考试成绩单。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获奖证书、学术科研成果等证明材料。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其他能证明自身能力和水平的材料。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具体材料要求以各院系通知为准。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六、时间节点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2026年7月6日：发布报名通知。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2026年7月7日：发布各院系接收推免生报名通知汇总。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2026年8月28日：发布第二批报名通知（部分学院）。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2026年8月31日：发布推免专项报名通知（部分学院）。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各院系复试时间、拟录取名单公示时间等以各院系通知为准。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东南大学研究生招生办公室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网址：https://yzb.seu.edu.cn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具体各院系联系方式详见各院系通知。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