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中央财经大学国际经济与贸易学院2026年接收推免生复试常规考核资格评定通过考生名单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中央财经大学国际经济与贸易学院2026年接收推免生复试常规考核资格评定通过考生名单已公布。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名单人数：名单总人数未在正文中明确列出，具体人数详见附件。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涵盖专业：未在正文中明确列出，具体专业详见附件。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排名/评分方式：未在正文中明确说明，具体考核方式详见学院接收2026年推免生考核工作实施方案。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公示期：未在正文中明确说明。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资格评定通过的同学需按照学院接收2026年推免生考核工作实施方案要求提交资格审查材料。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如有放弃的同学，需将手写签字版放弃声明拍照或扫描发送至指定邮箱，邮件命名格式为“姓名-学校-手机号-放弃推免面试”。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