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广西民族大学体育与健康科学学院2026年推荐优秀应届本科毕业生免试攻读硕士学位研究生工作实施方案（试行版）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广西民族大学体育与健康科学学院2026年推荐优秀应届本科毕业生免试攻读硕士学位研究生工作实施方案（试行版）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2025-09-08 17:52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体健学院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体育与健康科学学院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(点击次数：)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附件【附件1：广西民族大学推荐免试攻读硕士学位研究生资格申请表.docx】已下载 次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附件【附件2：广西民族大学推免复议申请表.docx】已下载 次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【关闭窗口】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Copyright© 广西民族大学体育与健康科学学院 All Rights Reserved.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