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工程中心2024年接收推免生复试名单（第一批公布）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工程中心2024年接收推免生复试名单（第一批公布）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一、名单发布说明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名单人数：名单总人数未在网页正文中直接列出，具体人数详见附件《2024年工程中心推免复试名单（第一批）.pdf》。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涵盖专业：网页正文未明确列出涵盖专业，具体专业信息详见附件。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排名/评分方式：网页正文未说明排名或评分方式。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公示期：网页正文未说明公示期。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其他重要说明：复试名单以附件形式公布，附件文件名为《2024年工程中心推免复试名单（第一批）.pdf》。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