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外国语学院 2024 年推荐优秀应届本科毕业生免试攻读研究生实施细则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外国语学院 2024 年推荐优秀应届本科毕业生免试攻读研究生实施细则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摄影：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审核：刘淑艳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浏览次数：10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新闻在线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News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外国语学院人才招聘启事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外国语学院与赛美教育共建研究生联合培养基地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外国语学院俄语专业学生赴俄开展暑期语言实践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江苏省残联、山东省残联一行到我校调研科技助残工作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青岛市残联党组书记刘伟政到我院调研语言康复工作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通知公告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Announcement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外国语学院人才招聘启事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外国语学院党委巡察整改落实情况调查问卷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关于做好2026年本科生班主任、学业导师聘任配备工作的通知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外国语学院2025-2026学年本科生导师考核工作通知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2026年中国石油大学（华东）“国际能源话语传播”微专业招生简章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