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序号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本名单为推免报名人员名单，共251人，按序号、报名号、姓名列出，具体如下：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发布日期（推定）：2025年9月8日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439"/>
        <w:gridCol w:w="1439"/>
        <w:gridCol w:w="1439"/>
        <w:gridCol w:w="1439"/>
        <w:gridCol w:w="1439"/>
        <w:gridCol w:w="1439"/>
      </w:tblGrid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序号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报名号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序号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报名号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1055815335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李紫涵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51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1055828539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袁豪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1055815384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曾烨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52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1055828839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袁鹏凯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1055815957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夏艺嘉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53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1055829022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羊璨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1055816270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刘怡欣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54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1055829130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李泽阳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1055816381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韩杰睿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55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1055829283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宋昱兴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1055816440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赵涛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56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1055829333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屈然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1055816807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彭宇红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57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1055829560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蒋轩昂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1055816984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杨锦涛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58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1055830271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汪文俊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1055817833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李清杨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59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1055830291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杨博雯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1055818198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李正来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1055830325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黄泽光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11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1055818231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王乾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61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1055830464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刘逸凡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1055818390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沈汝堉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62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1055830627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向颜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13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1055818479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曾显敏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63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1055830670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殷旖聪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14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1055818818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蔡亦萱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64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1055830726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陈靖文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15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1055819680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吕卓熙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65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1055830983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吴元蕊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16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1055820179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李凯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66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1055830985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李晨宇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17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1055820250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胡锦烽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67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1055831157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谢文昊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18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1055820490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李信怡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68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1055831347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张驰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19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1055820853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杨晶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69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1055831350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熊泽楷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1055820868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陈俊鑫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1055831394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张谨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21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1055820903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王若琳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71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1055831398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植树倬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1055821022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武小霖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72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1055831566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秦育涵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23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1055821222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郑玉文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73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1055831629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胡基源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24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1055821232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米博阳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74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1055831674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程若飞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25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1055821309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黄雅娜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75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1055831891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潘冰芃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26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1055821335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林哲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76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1055832130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龚梓浩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27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1055822718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王浩然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77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1055832161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龙丝同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28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1055823050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杨天祺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78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1055832251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赵苑宏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29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1055823534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王子申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79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1055832265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陈佳成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1055823671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蔡妍婧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1055832277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吴棋焯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31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1055824066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赵泊羽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81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1055832307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阴召杰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32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1055824447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陈博元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82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1055832325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张文宇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33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1055824710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王咸喆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83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1055832361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施奇成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34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1055824792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黄超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84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1055832385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安帅奇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35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1055825059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张奕柔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85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1055832432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李晨颖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36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1055825402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陈家安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86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1055832518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黄灏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37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1055825442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丁海伦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87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1055832626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任志超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38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1055825782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付广鱼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88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1055832628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母煜轩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39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1055825957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韩逸礼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89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1055832758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王吴沈岚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1055826031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朱亮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1055832776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龚馨桐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41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1055826168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耿一诺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91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1055832821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唐梓雯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42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1055826687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陈靖彤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92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1055832875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洪憬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43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1055826781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张庆泽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93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1055832977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彭子杰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44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1055827004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王霖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94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1055832983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陈泓妤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45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1055827141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王育堃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95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1055832985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周张颖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46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1055827322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胡梦瑶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96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1055833024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宋宇宁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47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1055827323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王新禹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97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1055833025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刘曜荣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48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1055827350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李明栖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98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1055833035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张天鑫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49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1055827592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张诗阳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99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1055833082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李建咏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1055828297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段辛欣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1055833128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周莉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101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1055833183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李俊彦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151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1055835621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朱富达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102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1055833210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杨祎晨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152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1055835640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易祉睿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103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1055833305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美合日班·依敏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153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1055835650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刘星宇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104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1055833354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郑怡星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154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1055835675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陈婧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1055833448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来陈欣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155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1055835735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蒋大双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106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1055833570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肖阳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156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1055835755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陈嘉铭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107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1055833678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尹添祺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157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1055835783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朱佳桢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108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1055833735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王志龙颖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158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1055835810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王雁生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109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1055833739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张欣宇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159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1055835993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谭皓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110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1055833793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谢雨欣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160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1055836009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杨添崴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111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1055833921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朱希欣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161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1055836013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李冲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112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1055834009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余翔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162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1055836023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杨选禄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113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1055834299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谢翱宇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163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1055836037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王品棋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114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1055834319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肖贵方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164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1055836061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翁宇杰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115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1055834554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从靖坤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165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1055836114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冀宇帆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116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1055834582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邵辰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166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1055836175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喻雪婷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117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1055834611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蒋政霖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167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1055836228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陈书正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118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1055834614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毕光曜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168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1055836268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石雨杰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119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1055834618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陈诗颖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169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1055836272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叶润泽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1055834638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胡首丞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170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1055836278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唐欣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121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1055834639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梁一笑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171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1055836286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曹州煜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122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1055834671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党正雨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172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1055836288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曾凡昭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123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1055834678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周依冰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173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1055836289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刘斯隆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124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1055834706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常文慧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174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1055836298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王力玉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125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1055834768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盛韵涵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175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1055836313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崔同哲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126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1055834898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徐光泰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176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1055836314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胡萧逸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127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1055834915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胡小月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177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1055836324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龚昀浩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128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1055834919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黄勇翔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178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1055836351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吴星叶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129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1055834921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李童扬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179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1055836369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郭浩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130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1055834944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张皓钦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180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1055836373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叶景鸿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131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1055834948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王云晖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181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1055836374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辛彪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132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1055835039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张凯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182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1055836379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赖俊宏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133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1055835156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李攀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183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1055836382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林锦程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134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1055835189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秦峥嵘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184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1055836416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林心蕊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135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1055835191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周洲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185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1055836430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戴湘君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136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1055835195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陈翔东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186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1055836438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白志伟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137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1055835201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陈宥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187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1055836445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刘文依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138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1055835276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苗鹏真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188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1055836446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彭泽娜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139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1055835294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杨婉怡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189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1055836458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肖锋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140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1055835333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吴磊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190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1055836494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刘吉达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141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1055835357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黄佳蕾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191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1055836512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宋典烨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142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1055835378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刘俊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192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1055836517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陈年晋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143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1055835413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高存邈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193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1055836542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宋昀聪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144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1055835433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张德洋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194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1055836547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周奕彤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145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1055835444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方旭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195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1055836563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胡文昊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146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1055835485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黄曙光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196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1055836569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刘嘉慧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147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1055835511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樊文俊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197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1055836570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刘晓彤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148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1055835520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陈辛瑜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198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1055836609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王林江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149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1055835567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易哲宇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199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1055836640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尹俊茹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150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1055835583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袁同能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1055836648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王豪阳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201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1055836655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张建辉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227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1055837061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陈昊东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1055836662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李易蔚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228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1055837069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陈昶州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203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1055836663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何钦霞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229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1055837111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秦彬豪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204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1055836676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曾千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230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1055837293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黄心蕊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205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1055836689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宋富阳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231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1055837330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肖晴月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206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1055836691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李硕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232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1055837340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季嘉苏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207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1055836695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武思怡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233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1055837348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李琳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208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1055836698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柴林业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234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1055837360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赵俊钦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209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1055836700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李滨娟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235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1055837425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石友志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210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1055836704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李炜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236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1055837604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王增辉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211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1055836705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曾云馨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237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1055837631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郭菲菲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212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1055836707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林子俊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238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1055837738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伍柏应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213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1055836710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张杰明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239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1055837766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管诗颖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214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1055836712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蓝蒙慧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240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1055837816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张文博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215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1055836716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田景然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241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1055837893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曲超颖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216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1055836717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史一航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242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1055837894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黄洛雯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217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1055836720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宋德翔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243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1055837914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陈诗涵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218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1055836728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谭雄高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244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1055837922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岑洽瑜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219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1055836744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李亚迪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245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1055837963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刘增垚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1055836751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甘原婧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246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1055837991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赵俊博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221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1055836752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张馨匀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247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1055838010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刘旭龙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222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1055836756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王宇航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248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1055838025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傅宇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223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1055836757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蒙彦旭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249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1055838050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杜玟慧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224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1055836937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陈文俊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250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1055838054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刘雨舟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225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1055836955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许宗茂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251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1055838056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仝朝毅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226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1055837023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詹济坤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</w:tbl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