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经济管理学院2025年推荐优秀应届本科毕业生免试攻读研究生拟推荐名单公示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本公示为经济管理学院2025年推荐优秀应届本科毕业生免试攻读研究生拟推荐名单公示。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公示对象为学院拟推荐免试攻读研究生的应届本科毕业生。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学院地址：北京市石景山区晋元庄路5号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联系电话：010-88803286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邮编：100144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