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华中师范大学历史文化学院2025年优秀大学生夏令营公告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历史研究是一切社会科学的基础”，新的时代需要有具备良好专业学识、胸怀家国天下的青年史学人才。为促进全国历史学专业优秀大学生的学术交流，拓展学术视野，发掘专业潜能，明确发展方向，荟聚优秀学子来华中师范大学历史文化学院研习深造，我院拟于7月1-2日举办2025年优秀大学生夏令营活动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本次活动将开设学科导航、精品课程、前沿讲座、师生研习、研究实践、综合考核等系列活动，并遴选优秀营员，欢迎各位同学踊跃报名申请参加！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一、报名资格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1.国际及国内高水平大学、科研机构的历史学、历史教育（包含中国历史、世界历史、考古学）等专业本科三年级在校生（2026年6月毕业）品行优良，成绩优秀，本科期间成绩排名在年级前40%。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2.品学兼优，身心健康，具有专业好奇心和热情度，有一定的研究训练和探索尝试。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3.英语水平良好，通过国家英语六级考试，雅思、TOEFL成绩、GRE/GMAT成绩等外语考试成绩亦均可。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拟招收40名学员，按照上述条件择优录取，并在历史文化学院网站公示。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二、活动内容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1.学科导航：介绍本院的办学理念、师资队伍、学科特色、科研平台等。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2.精品课程：资深名师专题教学。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3.前沿讲座：邀请海内外著名史学家介绍史学前沿，开阔学术视野，分享治史经验。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4.研究实践：组织校内及市内参观考察。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5.考核及师生研习：参加夏令营的同学对个人的学术代表作进行陈述，并参与相互评议。分组考核老师参与点评，并根据综合表现进行评审。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三、活动时间及相关安排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1.时间：2025年7月1-2日。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2.营员在夏令营期间的食宿由历史文化学院安排并承担，往返交通费自理。报到及会议安排另行通知。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3.参加夏令营的学生均以线下方式参加。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四、优秀营员评选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本次活动将根据综合考核表现按50%左右的比例评选优秀营员，名单将在学院网站上公布。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五、申请材料及流程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（一）申请材料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1.《华中师范大学历史文化学院2025年优秀大学生夏令营申请表》1份（见附件1）。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2.学生证和身份证复印件1份。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3.个人陈述1份（就个人学习经历、感兴趣的专业及研究方向、研究计划等进行简要陈述）。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4.学术代表作1份，能够反映个人研究水平之原创专题研究论文。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5.本科成绩单1份，并附前三年课程平均学分绩在所学专业或同年级的排名，加盖院系教务部门公章。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6.国家英语六级考试成绩复印件1份。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7.其他科研训练证明材料（主持或者参与科研项目的审批证明，发表论文或者发明专利、省级以上获得证明等扫描件）。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（二）申请流程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申请人于2025年6月15日（周日）20:00前进行网上报名，报名链接如下：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https://www.wjx.cn/vm/hHyTzfe.aspx，并将所有申请材料按照顺序汇总成一份PDF文件，文件名命名为：申请专业方向+姓名+就读学校。上传至报名系统（其他材料附件处），大小限制在5MB以内。注意：申请材料PDF文件中《华中师范大学历史文化学院2025年优秀大学生夏令营申请表》（需本人签字和院系盖章）、成绩单为扫描件（需本人签字和院系盖章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（三）其他事项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1.资格审核工作于6月25日前结束，入围营员名单届时在历史文化学院网站上公布。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2.获得营员资格的学生须在报到时，将报名申请材料原件带来进行审核，材料不合格者将取消入营资格。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3.申请人必须确保提供的信息和材料真实、准确，若发现有弄虚作假行为，一经查实，取消申请资格。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4.全体营员须全程参加活动，无故缺席将取消资格。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5.夏令营为期2天，具体活动内容和详细日程安排请关注学院官网发布的后续通知。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如有任何问题，请电话联系历史文化学院史老师，联系电话：027-67868292。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华中师范大学历史文化学院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2025年6月3日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