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沈阳化工大学材料科学与工程学院2026年接收推免生预推免复试通知</w:t>
      </w:r>
    </w:p>
    <w:p>
      <w:r>
        <w:t>发布日期（推定）：2025年9月10日</w:t>
      </w:r>
    </w:p>
    <w:p>
      <w:r>
        <w:t>名单人数：全院外校预推免总接收名额共22人</w:t>
      </w:r>
    </w:p>
    <w:p>
      <w:r>
        <w:t>涵盖专业（3个）：</w:t>
      </w:r>
    </w:p>
    <w:p>
      <w:r>
        <w:t>070305高分子化学与物理 — 6人</w:t>
      </w:r>
    </w:p>
    <w:p>
      <w:r>
        <w:t>080500材料科学与工程 — 10人</w:t>
      </w:r>
    </w:p>
    <w:p>
      <w:r>
        <w:t>085601材料工程 — 6人</w:t>
      </w:r>
    </w:p>
    <w:p>
      <w:r>
        <w:t>申请条件：全日制普通本科应届毕业生，不接收专升本、第二学士学位、民办独立院校考生，已取得本校教务处出具正式推免资格；本科匹配专业为高分子材料与工程、材料化学、无机非金属、金属材料、新能源材料、化学工程、应用化学等材料化工类专业；学业硬性要求为前三学年全部必修课无挂科、补考、重修，无学术不端、在校处分记录，双一流院校专业排名前30%，普通一本院校专业排名前15%，持有材料类竞赛、大创、专利、学术论文可放宽至前20%；外语要求为CET-4≥425分，CET-6≥425分优先，雅思6.0、托福80分可替代四六级；身心健康，符合研究生招生体检标准，认同高分子、新能源、无机功能材料科研与工程培养方向</w:t>
      </w:r>
    </w:p>
    <w:p>
      <w:r>
        <w:t>复试安排：材料预审投递时间为2026年9月1日至9月9日，邮件提交全套电子版材料，全国推免系统开放后24小时内完成志愿填报；复试时间为2026年9月11日线下全天考核；复试地点为沈阳化工大学致本楼（材料科学与工程学院实验中心）；考核形式为线下现场分三模块，专业笔试（9:00-10:30，满分100）考材料综合基础，含高分子化学、材料科学基础、无机材料工学，综合专业面试（13:00分组，满分70）含专业基础问答、材料表征方案设计、科研/竞赛项目深挖、读研规划，单人面试不少于20分钟，外语测试（满分30）含英文自我介绍、材料专业英文文献片段翻译、日常专业口语问答</w:t>
      </w:r>
    </w:p>
    <w:p>
      <w:r>
        <w:t>录取规则：复试总成绩=笔试×50%+综合面试×35%+外语×15%，总分100分，复试总成绩低于60分不予录取；学硕、专硕分专业独立排序，按复试总成绩由高到低依次录取，额满即止；同分优先排序依据为六级高分、材料类期刊论文、国家级学科竞赛、发明专利、科研实验经历；复试通过考生须在全国推免系统规定时限内确认待录取，逾期自动取消拟录取资格</w:t>
      </w:r>
    </w:p>
    <w:p>
      <w:r>
        <w:t>材料要求：电子版打包发送，复试当日携带纸质原件现场核验，包括《沈阳化工大学2026接收推免生申请表》（校研究生院统一模板，手写签字扫描件）、本科前三年完整成绩单（教务处公章）、专业综合排名证明、本校教务处开具推免资格证明原件扫描件、四六级/雅思/托福外语证书扫描件、获奖证书、大创项目立项/结题材料、专利、论文全文复印件、个人简历（课程实验、科研训练、企业实习、竞赛经历）、身份证、学生证正反面扫描件、一寸证件照电子版，有科研经历考生补充实验报告、材料试样表征数据、课程设计摘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